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B6414" w14:textId="77777777" w:rsidR="004D07C1" w:rsidRPr="00E5093D" w:rsidRDefault="004D07C1" w:rsidP="004D07C1">
      <w:pPr>
        <w:tabs>
          <w:tab w:val="left" w:pos="0"/>
        </w:tabs>
        <w:spacing w:after="0"/>
        <w:jc w:val="right"/>
        <w:rPr>
          <w:rFonts w:ascii="Arial" w:hAnsi="Arial" w:cs="Arial"/>
          <w:b/>
          <w:sz w:val="20"/>
          <w:szCs w:val="20"/>
          <w:u w:val="single"/>
        </w:rPr>
      </w:pPr>
      <w:r>
        <w:fldChar w:fldCharType="begin"/>
      </w:r>
      <w:r>
        <w:instrText>HYPERLINK "http://www.maaseik.be/"</w:instrText>
      </w:r>
      <w:r>
        <w:fldChar w:fldCharType="separate"/>
      </w:r>
      <w:r>
        <w:fldChar w:fldCharType="begin"/>
      </w:r>
      <w:r w:rsidRPr="00E5093D">
        <w:instrText xml:space="preserve"> INCLUDEPICTURE "cid:image001.png@01D86F79.0C395700" \* MERGEFORMAT </w:instrText>
      </w:r>
      <w:r>
        <w:fldChar w:fldCharType="separate"/>
      </w:r>
      <w:r>
        <w:rPr>
          <w:rFonts w:ascii="Arial" w:hAnsi="Arial" w:cs="Arial"/>
          <w:noProof/>
          <w:sz w:val="20"/>
          <w:szCs w:val="20"/>
        </w:rPr>
        <w:fldChar w:fldCharType="begin"/>
      </w:r>
      <w:r>
        <w:rPr>
          <w:rFonts w:ascii="Arial" w:hAnsi="Arial" w:cs="Arial"/>
          <w:noProof/>
          <w:sz w:val="20"/>
          <w:szCs w:val="20"/>
        </w:rPr>
        <w:instrText xml:space="preserve"> INCLUDEPICTURE  "cid:image001.png@01D86F79.0C395700" \* MERGEFORMATINET </w:instrText>
      </w:r>
      <w:r>
        <w:rPr>
          <w:rFonts w:ascii="Arial" w:hAnsi="Arial" w:cs="Arial"/>
          <w:noProof/>
          <w:sz w:val="20"/>
          <w:szCs w:val="20"/>
        </w:rPr>
        <w:fldChar w:fldCharType="separate"/>
      </w:r>
      <w:r w:rsidR="00455D2C">
        <w:rPr>
          <w:rFonts w:ascii="Arial" w:hAnsi="Arial" w:cs="Arial"/>
          <w:noProof/>
          <w:sz w:val="20"/>
          <w:szCs w:val="20"/>
        </w:rPr>
        <w:fldChar w:fldCharType="begin"/>
      </w:r>
      <w:r w:rsidR="00455D2C">
        <w:rPr>
          <w:rFonts w:ascii="Arial" w:hAnsi="Arial" w:cs="Arial"/>
          <w:noProof/>
          <w:sz w:val="20"/>
          <w:szCs w:val="20"/>
        </w:rPr>
        <w:instrText xml:space="preserve"> INCLUDEPICTURE  "cid:image001.png@01D86F79.0C395700" \* MERGEFORMATINET </w:instrText>
      </w:r>
      <w:r w:rsidR="00455D2C">
        <w:rPr>
          <w:rFonts w:ascii="Arial" w:hAnsi="Arial" w:cs="Arial"/>
          <w:noProof/>
          <w:sz w:val="20"/>
          <w:szCs w:val="20"/>
        </w:rPr>
        <w:fldChar w:fldCharType="separate"/>
      </w:r>
      <w:r>
        <w:rPr>
          <w:rFonts w:ascii="Arial" w:hAnsi="Arial" w:cs="Arial"/>
          <w:noProof/>
          <w:sz w:val="20"/>
          <w:szCs w:val="20"/>
        </w:rPr>
        <w:fldChar w:fldCharType="begin"/>
      </w:r>
      <w:r>
        <w:rPr>
          <w:rFonts w:ascii="Arial" w:hAnsi="Arial" w:cs="Arial"/>
          <w:noProof/>
          <w:sz w:val="20"/>
          <w:szCs w:val="20"/>
        </w:rPr>
        <w:instrText xml:space="preserve"> INCLUDEPICTURE  "cid:image001.png@01D86F79.0C395700" \* MERGEFORMATINET </w:instrText>
      </w:r>
      <w:r>
        <w:rPr>
          <w:rFonts w:ascii="Arial" w:hAnsi="Arial" w:cs="Arial"/>
          <w:noProof/>
          <w:sz w:val="20"/>
          <w:szCs w:val="20"/>
        </w:rPr>
        <w:fldChar w:fldCharType="separate"/>
      </w:r>
      <w:r>
        <w:rPr>
          <w:rFonts w:ascii="Arial" w:hAnsi="Arial" w:cs="Arial"/>
          <w:noProof/>
          <w:sz w:val="20"/>
          <w:szCs w:val="20"/>
        </w:rPr>
        <w:fldChar w:fldCharType="begin"/>
      </w:r>
      <w:r>
        <w:rPr>
          <w:rFonts w:ascii="Arial" w:hAnsi="Arial" w:cs="Arial"/>
          <w:noProof/>
          <w:sz w:val="20"/>
          <w:szCs w:val="20"/>
        </w:rPr>
        <w:instrText xml:space="preserve"> INCLUDEPICTURE  "cid:image001.png@01D86F79.0C395700" \* MERGEFORMATINET </w:instrText>
      </w:r>
      <w:r>
        <w:rPr>
          <w:rFonts w:ascii="Arial" w:hAnsi="Arial" w:cs="Arial"/>
          <w:noProof/>
          <w:sz w:val="20"/>
          <w:szCs w:val="20"/>
        </w:rPr>
        <w:fldChar w:fldCharType="separate"/>
      </w:r>
      <w:r w:rsidR="003C4A19">
        <w:rPr>
          <w:rFonts w:ascii="Arial" w:hAnsi="Arial" w:cs="Arial"/>
          <w:noProof/>
          <w:sz w:val="20"/>
          <w:szCs w:val="20"/>
        </w:rPr>
        <w:fldChar w:fldCharType="begin"/>
      </w:r>
      <w:r w:rsidR="003C4A19">
        <w:rPr>
          <w:rFonts w:ascii="Arial" w:hAnsi="Arial" w:cs="Arial"/>
          <w:noProof/>
          <w:sz w:val="20"/>
          <w:szCs w:val="20"/>
        </w:rPr>
        <w:instrText xml:space="preserve"> INCLUDEPICTURE  "cid:image001.png@01D86F79.0C395700" \* MERGEFORMATINET </w:instrText>
      </w:r>
      <w:r w:rsidR="003C4A19">
        <w:rPr>
          <w:rFonts w:ascii="Arial" w:hAnsi="Arial" w:cs="Arial"/>
          <w:noProof/>
          <w:sz w:val="20"/>
          <w:szCs w:val="20"/>
        </w:rPr>
        <w:fldChar w:fldCharType="separate"/>
      </w:r>
      <w:r w:rsidR="00184834">
        <w:rPr>
          <w:rFonts w:ascii="Arial" w:hAnsi="Arial" w:cs="Arial"/>
          <w:noProof/>
          <w:sz w:val="20"/>
          <w:szCs w:val="20"/>
        </w:rPr>
        <w:fldChar w:fldCharType="begin"/>
      </w:r>
      <w:r w:rsidR="00184834">
        <w:rPr>
          <w:rFonts w:ascii="Arial" w:hAnsi="Arial" w:cs="Arial"/>
          <w:noProof/>
          <w:sz w:val="20"/>
          <w:szCs w:val="20"/>
        </w:rPr>
        <w:instrText xml:space="preserve"> INCLUDEPICTURE  "cid:image001.png@01D86F79.0C395700" \* MERGEFORMATINET </w:instrText>
      </w:r>
      <w:r w:rsidR="00184834">
        <w:rPr>
          <w:rFonts w:ascii="Arial" w:hAnsi="Arial" w:cs="Arial"/>
          <w:noProof/>
          <w:sz w:val="20"/>
          <w:szCs w:val="20"/>
        </w:rPr>
        <w:fldChar w:fldCharType="separate"/>
      </w:r>
      <w:r w:rsidR="00C7253C">
        <w:rPr>
          <w:rFonts w:ascii="Arial" w:hAnsi="Arial" w:cs="Arial"/>
          <w:noProof/>
          <w:sz w:val="20"/>
          <w:szCs w:val="20"/>
        </w:rPr>
        <w:fldChar w:fldCharType="begin"/>
      </w:r>
      <w:r w:rsidR="00C7253C">
        <w:rPr>
          <w:rFonts w:ascii="Arial" w:hAnsi="Arial" w:cs="Arial"/>
          <w:noProof/>
          <w:sz w:val="20"/>
          <w:szCs w:val="20"/>
        </w:rPr>
        <w:instrText xml:space="preserve"> INCLUDEPICTURE  "cid:image001.png@01D86F79.0C395700" \* MERGEFORMATINET </w:instrText>
      </w:r>
      <w:r w:rsidR="00C7253C">
        <w:rPr>
          <w:rFonts w:ascii="Arial" w:hAnsi="Arial" w:cs="Arial"/>
          <w:noProof/>
          <w:sz w:val="20"/>
          <w:szCs w:val="20"/>
        </w:rPr>
        <w:fldChar w:fldCharType="separate"/>
      </w:r>
      <w:r w:rsidR="00A65587">
        <w:rPr>
          <w:rFonts w:ascii="Arial" w:hAnsi="Arial" w:cs="Arial"/>
          <w:noProof/>
          <w:sz w:val="20"/>
          <w:szCs w:val="20"/>
        </w:rPr>
        <w:fldChar w:fldCharType="begin"/>
      </w:r>
      <w:r w:rsidR="00A65587">
        <w:rPr>
          <w:rFonts w:ascii="Arial" w:hAnsi="Arial" w:cs="Arial"/>
          <w:noProof/>
          <w:sz w:val="20"/>
          <w:szCs w:val="20"/>
        </w:rPr>
        <w:instrText xml:space="preserve"> INCLUDEPICTURE  "cid:image001.png@01D86F79.0C395700" \* MERGEFORMATINET </w:instrText>
      </w:r>
      <w:r w:rsidR="00A65587">
        <w:rPr>
          <w:rFonts w:ascii="Arial" w:hAnsi="Arial" w:cs="Arial"/>
          <w:noProof/>
          <w:sz w:val="20"/>
          <w:szCs w:val="20"/>
        </w:rPr>
        <w:fldChar w:fldCharType="separate"/>
      </w:r>
      <w:r w:rsidR="00A65587">
        <w:rPr>
          <w:rFonts w:ascii="Arial" w:hAnsi="Arial" w:cs="Arial"/>
          <w:noProof/>
          <w:sz w:val="20"/>
          <w:szCs w:val="20"/>
        </w:rPr>
        <w:fldChar w:fldCharType="begin"/>
      </w:r>
      <w:r w:rsidR="00A65587">
        <w:rPr>
          <w:rFonts w:ascii="Arial" w:hAnsi="Arial" w:cs="Arial"/>
          <w:noProof/>
          <w:sz w:val="20"/>
          <w:szCs w:val="20"/>
        </w:rPr>
        <w:instrText xml:space="preserve"> INCLUDEPICTURE  "cid:image001.png@01D86F79.0C395700" \* MERGEFORMATINET </w:instrText>
      </w:r>
      <w:r w:rsidR="00A65587">
        <w:rPr>
          <w:rFonts w:ascii="Arial" w:hAnsi="Arial" w:cs="Arial"/>
          <w:noProof/>
          <w:sz w:val="20"/>
          <w:szCs w:val="20"/>
        </w:rPr>
        <w:fldChar w:fldCharType="separate"/>
      </w:r>
      <w:r w:rsidR="009C5CF6">
        <w:rPr>
          <w:rFonts w:ascii="Arial" w:hAnsi="Arial" w:cs="Arial"/>
          <w:noProof/>
          <w:sz w:val="20"/>
          <w:szCs w:val="20"/>
        </w:rPr>
        <w:fldChar w:fldCharType="begin"/>
      </w:r>
      <w:r w:rsidR="009C5CF6">
        <w:rPr>
          <w:rFonts w:ascii="Arial" w:hAnsi="Arial" w:cs="Arial"/>
          <w:noProof/>
          <w:sz w:val="20"/>
          <w:szCs w:val="20"/>
        </w:rPr>
        <w:instrText xml:space="preserve"> INCLUDEPICTURE  "cid:image001.png@01D86F79.0C395700" \* MERGEFORMATINET </w:instrText>
      </w:r>
      <w:r w:rsidR="009C5CF6">
        <w:rPr>
          <w:rFonts w:ascii="Arial" w:hAnsi="Arial" w:cs="Arial"/>
          <w:noProof/>
          <w:sz w:val="20"/>
          <w:szCs w:val="20"/>
        </w:rPr>
        <w:fldChar w:fldCharType="separate"/>
      </w:r>
      <w:r w:rsidR="00382C42">
        <w:rPr>
          <w:rFonts w:ascii="Arial" w:hAnsi="Arial" w:cs="Arial"/>
          <w:noProof/>
          <w:sz w:val="20"/>
          <w:szCs w:val="20"/>
        </w:rPr>
        <w:fldChar w:fldCharType="begin"/>
      </w:r>
      <w:r w:rsidR="00382C42">
        <w:rPr>
          <w:rFonts w:ascii="Arial" w:hAnsi="Arial" w:cs="Arial"/>
          <w:noProof/>
          <w:sz w:val="20"/>
          <w:szCs w:val="20"/>
        </w:rPr>
        <w:instrText xml:space="preserve"> INCLUDEPICTURE  "cid:image001.png@01D86F79.0C395700" \* MERGEFORMATINET </w:instrText>
      </w:r>
      <w:r w:rsidR="00382C42">
        <w:rPr>
          <w:rFonts w:ascii="Arial" w:hAnsi="Arial" w:cs="Arial"/>
          <w:noProof/>
          <w:sz w:val="20"/>
          <w:szCs w:val="20"/>
        </w:rPr>
        <w:fldChar w:fldCharType="separate"/>
      </w:r>
      <w:r w:rsidR="00E96729">
        <w:rPr>
          <w:rFonts w:ascii="Arial" w:hAnsi="Arial" w:cs="Arial"/>
          <w:noProof/>
          <w:sz w:val="20"/>
          <w:szCs w:val="20"/>
        </w:rPr>
        <w:fldChar w:fldCharType="begin"/>
      </w:r>
      <w:r w:rsidR="00E96729">
        <w:rPr>
          <w:rFonts w:ascii="Arial" w:hAnsi="Arial" w:cs="Arial"/>
          <w:noProof/>
          <w:sz w:val="20"/>
          <w:szCs w:val="20"/>
        </w:rPr>
        <w:instrText xml:space="preserve"> INCLUDEPICTURE  "cid:image001.png@01D86F79.0C395700" \* MERGEFORMATINET </w:instrText>
      </w:r>
      <w:r w:rsidR="00E96729">
        <w:rPr>
          <w:rFonts w:ascii="Arial" w:hAnsi="Arial" w:cs="Arial"/>
          <w:noProof/>
          <w:sz w:val="20"/>
          <w:szCs w:val="20"/>
        </w:rPr>
        <w:fldChar w:fldCharType="separate"/>
      </w:r>
      <w:r>
        <w:rPr>
          <w:rFonts w:ascii="Arial" w:hAnsi="Arial" w:cs="Arial"/>
          <w:noProof/>
          <w:sz w:val="20"/>
          <w:szCs w:val="20"/>
        </w:rPr>
        <w:fldChar w:fldCharType="begin"/>
      </w:r>
      <w:r>
        <w:rPr>
          <w:rFonts w:ascii="Arial" w:hAnsi="Arial" w:cs="Arial"/>
          <w:noProof/>
          <w:sz w:val="20"/>
          <w:szCs w:val="20"/>
        </w:rPr>
        <w:instrText xml:space="preserve"> INCLUDEPICTURE  "cid:image001.png@01D86F79.0C395700" \* MERGEFORMATINET </w:instrText>
      </w:r>
      <w:r>
        <w:rPr>
          <w:rFonts w:ascii="Arial" w:hAnsi="Arial" w:cs="Arial"/>
          <w:noProof/>
          <w:sz w:val="20"/>
          <w:szCs w:val="20"/>
        </w:rPr>
        <w:fldChar w:fldCharType="separate"/>
      </w:r>
      <w:r>
        <w:rPr>
          <w:rFonts w:ascii="Arial" w:hAnsi="Arial" w:cs="Arial"/>
          <w:noProof/>
          <w:sz w:val="20"/>
          <w:szCs w:val="20"/>
        </w:rPr>
        <w:fldChar w:fldCharType="begin"/>
      </w:r>
      <w:r>
        <w:rPr>
          <w:rFonts w:ascii="Arial" w:hAnsi="Arial" w:cs="Arial"/>
          <w:noProof/>
          <w:sz w:val="20"/>
          <w:szCs w:val="20"/>
        </w:rPr>
        <w:instrText xml:space="preserve"> INCLUDEPICTURE  "cid:image001.png@01D86F79.0C395700" \* MERGEFORMATINET </w:instrText>
      </w:r>
      <w:r>
        <w:rPr>
          <w:rFonts w:ascii="Arial" w:hAnsi="Arial" w:cs="Arial"/>
          <w:noProof/>
          <w:sz w:val="20"/>
          <w:szCs w:val="20"/>
        </w:rPr>
        <w:fldChar w:fldCharType="separate"/>
      </w:r>
      <w:r w:rsidR="00452507">
        <w:rPr>
          <w:rFonts w:ascii="Arial" w:hAnsi="Arial" w:cs="Arial"/>
          <w:noProof/>
          <w:sz w:val="20"/>
          <w:szCs w:val="20"/>
        </w:rPr>
        <w:fldChar w:fldCharType="begin"/>
      </w:r>
      <w:r w:rsidR="00452507">
        <w:rPr>
          <w:rFonts w:ascii="Arial" w:hAnsi="Arial" w:cs="Arial"/>
          <w:noProof/>
          <w:sz w:val="20"/>
          <w:szCs w:val="20"/>
        </w:rPr>
        <w:instrText xml:space="preserve"> INCLUDEPICTURE  "cid:image001.png@01D86F79.0C395700" \* MERGEFORMATINET </w:instrText>
      </w:r>
      <w:r w:rsidR="00452507">
        <w:rPr>
          <w:rFonts w:ascii="Arial" w:hAnsi="Arial" w:cs="Arial"/>
          <w:noProof/>
          <w:sz w:val="20"/>
          <w:szCs w:val="20"/>
        </w:rPr>
        <w:fldChar w:fldCharType="separate"/>
      </w:r>
      <w:r w:rsidR="00875649">
        <w:rPr>
          <w:rFonts w:ascii="Arial" w:hAnsi="Arial" w:cs="Arial"/>
          <w:noProof/>
          <w:sz w:val="20"/>
          <w:szCs w:val="20"/>
        </w:rPr>
        <w:fldChar w:fldCharType="begin"/>
      </w:r>
      <w:r w:rsidR="00875649">
        <w:rPr>
          <w:rFonts w:ascii="Arial" w:hAnsi="Arial" w:cs="Arial"/>
          <w:noProof/>
          <w:sz w:val="20"/>
          <w:szCs w:val="20"/>
        </w:rPr>
        <w:instrText xml:space="preserve"> INCLUDEPICTURE  "cid:image001.png@01D86F79.0C395700" \* MERGEFORMATINET </w:instrText>
      </w:r>
      <w:r w:rsidR="00875649">
        <w:rPr>
          <w:rFonts w:ascii="Arial" w:hAnsi="Arial" w:cs="Arial"/>
          <w:noProof/>
          <w:sz w:val="20"/>
          <w:szCs w:val="20"/>
        </w:rPr>
        <w:fldChar w:fldCharType="separate"/>
      </w:r>
      <w:r w:rsidR="006C4A39">
        <w:rPr>
          <w:rFonts w:ascii="Arial" w:hAnsi="Arial" w:cs="Arial"/>
          <w:noProof/>
          <w:sz w:val="20"/>
          <w:szCs w:val="20"/>
        </w:rPr>
        <w:fldChar w:fldCharType="begin"/>
      </w:r>
      <w:r w:rsidR="006C4A39">
        <w:rPr>
          <w:rFonts w:ascii="Arial" w:hAnsi="Arial" w:cs="Arial"/>
          <w:noProof/>
          <w:sz w:val="20"/>
          <w:szCs w:val="20"/>
        </w:rPr>
        <w:instrText xml:space="preserve"> INCLUDEPICTURE  "cid:image001.png@01D86F79.0C395700" \* MERGEFORMATINET </w:instrText>
      </w:r>
      <w:r w:rsidR="006C4A39">
        <w:rPr>
          <w:rFonts w:ascii="Arial" w:hAnsi="Arial" w:cs="Arial"/>
          <w:noProof/>
          <w:sz w:val="20"/>
          <w:szCs w:val="20"/>
        </w:rPr>
        <w:fldChar w:fldCharType="separate"/>
      </w:r>
      <w:r w:rsidR="005B7CAB">
        <w:rPr>
          <w:rFonts w:ascii="Arial" w:hAnsi="Arial" w:cs="Arial"/>
          <w:noProof/>
          <w:sz w:val="20"/>
          <w:szCs w:val="20"/>
        </w:rPr>
        <w:fldChar w:fldCharType="begin"/>
      </w:r>
      <w:r w:rsidR="005B7CAB">
        <w:rPr>
          <w:rFonts w:ascii="Arial" w:hAnsi="Arial" w:cs="Arial"/>
          <w:noProof/>
          <w:sz w:val="20"/>
          <w:szCs w:val="20"/>
        </w:rPr>
        <w:instrText xml:space="preserve"> INCLUDEPICTURE  "cid:image001.png@01D86F79.0C395700" \* MERGEFORMATINET </w:instrText>
      </w:r>
      <w:r w:rsidR="005B7CAB">
        <w:rPr>
          <w:rFonts w:ascii="Arial" w:hAnsi="Arial" w:cs="Arial"/>
          <w:noProof/>
          <w:sz w:val="20"/>
          <w:szCs w:val="20"/>
        </w:rPr>
        <w:fldChar w:fldCharType="separate"/>
      </w:r>
      <w:r w:rsidR="001F5DB5">
        <w:rPr>
          <w:rFonts w:ascii="Arial" w:hAnsi="Arial" w:cs="Arial"/>
          <w:noProof/>
          <w:sz w:val="20"/>
          <w:szCs w:val="20"/>
        </w:rPr>
        <w:fldChar w:fldCharType="begin"/>
      </w:r>
      <w:r w:rsidR="001F5DB5">
        <w:rPr>
          <w:rFonts w:ascii="Arial" w:hAnsi="Arial" w:cs="Arial"/>
          <w:noProof/>
          <w:sz w:val="20"/>
          <w:szCs w:val="20"/>
        </w:rPr>
        <w:instrText xml:space="preserve"> INCLUDEPICTURE  "cid:image001.png@01D86F79.0C395700" \* MERGEFORMATINET </w:instrText>
      </w:r>
      <w:r w:rsidR="001F5DB5">
        <w:rPr>
          <w:rFonts w:ascii="Arial" w:hAnsi="Arial" w:cs="Arial"/>
          <w:noProof/>
          <w:sz w:val="20"/>
          <w:szCs w:val="20"/>
        </w:rPr>
        <w:fldChar w:fldCharType="separate"/>
      </w:r>
      <w:r w:rsidR="008E5C2F">
        <w:rPr>
          <w:rFonts w:ascii="Arial" w:hAnsi="Arial" w:cs="Arial"/>
          <w:noProof/>
          <w:sz w:val="20"/>
          <w:szCs w:val="20"/>
        </w:rPr>
        <w:fldChar w:fldCharType="begin"/>
      </w:r>
      <w:r w:rsidR="008E5C2F">
        <w:rPr>
          <w:rFonts w:ascii="Arial" w:hAnsi="Arial" w:cs="Arial"/>
          <w:noProof/>
          <w:sz w:val="20"/>
          <w:szCs w:val="20"/>
        </w:rPr>
        <w:instrText xml:space="preserve"> INCLUDEPICTURE  "cid:image001.png@01D86F79.0C395700" \* MERGEFORMATINET </w:instrText>
      </w:r>
      <w:r w:rsidR="008E5C2F">
        <w:rPr>
          <w:rFonts w:ascii="Arial" w:hAnsi="Arial" w:cs="Arial"/>
          <w:noProof/>
          <w:sz w:val="20"/>
          <w:szCs w:val="20"/>
        </w:rPr>
        <w:fldChar w:fldCharType="separate"/>
      </w:r>
      <w:r w:rsidR="00F3103B">
        <w:rPr>
          <w:rFonts w:ascii="Arial" w:hAnsi="Arial" w:cs="Arial"/>
          <w:noProof/>
          <w:sz w:val="20"/>
          <w:szCs w:val="20"/>
        </w:rPr>
        <w:fldChar w:fldCharType="begin"/>
      </w:r>
      <w:r w:rsidR="00F3103B">
        <w:rPr>
          <w:rFonts w:ascii="Arial" w:hAnsi="Arial" w:cs="Arial"/>
          <w:noProof/>
          <w:sz w:val="20"/>
          <w:szCs w:val="20"/>
        </w:rPr>
        <w:instrText xml:space="preserve"> INCLUDEPICTURE  "cid:image001.png@01D86F79.0C395700" \* MERGEFORMATINET </w:instrText>
      </w:r>
      <w:r w:rsidR="00F3103B">
        <w:rPr>
          <w:rFonts w:ascii="Arial" w:hAnsi="Arial" w:cs="Arial"/>
          <w:noProof/>
          <w:sz w:val="20"/>
          <w:szCs w:val="20"/>
        </w:rPr>
        <w:fldChar w:fldCharType="separate"/>
      </w:r>
      <w:r w:rsidR="00F3103B">
        <w:rPr>
          <w:rFonts w:ascii="Arial" w:hAnsi="Arial" w:cs="Arial"/>
          <w:noProof/>
          <w:sz w:val="20"/>
          <w:szCs w:val="20"/>
        </w:rPr>
        <w:fldChar w:fldCharType="begin"/>
      </w:r>
      <w:r w:rsidR="00F3103B">
        <w:rPr>
          <w:rFonts w:ascii="Arial" w:hAnsi="Arial" w:cs="Arial"/>
          <w:noProof/>
          <w:sz w:val="20"/>
          <w:szCs w:val="20"/>
        </w:rPr>
        <w:instrText xml:space="preserve"> </w:instrText>
      </w:r>
      <w:r w:rsidR="00F3103B">
        <w:rPr>
          <w:rFonts w:ascii="Arial" w:hAnsi="Arial" w:cs="Arial"/>
          <w:noProof/>
          <w:sz w:val="20"/>
          <w:szCs w:val="20"/>
        </w:rPr>
        <w:instrText>INCLUDEPICTURE  "cid:image001.png@01D86F79.0C395700" \* MERGEFORMATINET</w:instrText>
      </w:r>
      <w:r w:rsidR="00F3103B">
        <w:rPr>
          <w:rFonts w:ascii="Arial" w:hAnsi="Arial" w:cs="Arial"/>
          <w:noProof/>
          <w:sz w:val="20"/>
          <w:szCs w:val="20"/>
        </w:rPr>
        <w:instrText xml:space="preserve"> </w:instrText>
      </w:r>
      <w:r w:rsidR="00F3103B">
        <w:rPr>
          <w:rFonts w:ascii="Arial" w:hAnsi="Arial" w:cs="Arial"/>
          <w:noProof/>
          <w:sz w:val="20"/>
          <w:szCs w:val="20"/>
        </w:rPr>
        <w:fldChar w:fldCharType="separate"/>
      </w:r>
      <w:r w:rsidR="00A55D73">
        <w:rPr>
          <w:rFonts w:ascii="Arial" w:hAnsi="Arial" w:cs="Arial"/>
          <w:noProof/>
          <w:sz w:val="20"/>
          <w:szCs w:val="20"/>
        </w:rPr>
        <w:pict w14:anchorId="2BBB6B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25pt;height:94.5pt;visibility:visible">
            <v:imagedata r:id="rId11" r:href="rId12"/>
          </v:shape>
        </w:pict>
      </w:r>
      <w:r w:rsidR="00F3103B">
        <w:rPr>
          <w:rFonts w:ascii="Arial" w:hAnsi="Arial" w:cs="Arial"/>
          <w:noProof/>
          <w:sz w:val="20"/>
          <w:szCs w:val="20"/>
        </w:rPr>
        <w:fldChar w:fldCharType="end"/>
      </w:r>
      <w:r w:rsidR="00F3103B">
        <w:rPr>
          <w:rFonts w:ascii="Arial" w:hAnsi="Arial" w:cs="Arial"/>
          <w:noProof/>
          <w:sz w:val="20"/>
          <w:szCs w:val="20"/>
        </w:rPr>
        <w:fldChar w:fldCharType="end"/>
      </w:r>
      <w:r w:rsidR="008E5C2F">
        <w:rPr>
          <w:rFonts w:ascii="Arial" w:hAnsi="Arial" w:cs="Arial"/>
          <w:noProof/>
          <w:sz w:val="20"/>
          <w:szCs w:val="20"/>
        </w:rPr>
        <w:fldChar w:fldCharType="end"/>
      </w:r>
      <w:r w:rsidR="001F5DB5">
        <w:rPr>
          <w:rFonts w:ascii="Arial" w:hAnsi="Arial" w:cs="Arial"/>
          <w:noProof/>
          <w:sz w:val="20"/>
          <w:szCs w:val="20"/>
        </w:rPr>
        <w:fldChar w:fldCharType="end"/>
      </w:r>
      <w:r w:rsidR="005B7CAB">
        <w:rPr>
          <w:rFonts w:ascii="Arial" w:hAnsi="Arial" w:cs="Arial"/>
          <w:noProof/>
          <w:sz w:val="20"/>
          <w:szCs w:val="20"/>
        </w:rPr>
        <w:fldChar w:fldCharType="end"/>
      </w:r>
      <w:r w:rsidR="006C4A39">
        <w:rPr>
          <w:rFonts w:ascii="Arial" w:hAnsi="Arial" w:cs="Arial"/>
          <w:noProof/>
          <w:sz w:val="20"/>
          <w:szCs w:val="20"/>
        </w:rPr>
        <w:fldChar w:fldCharType="end"/>
      </w:r>
      <w:r w:rsidR="00875649">
        <w:rPr>
          <w:rFonts w:ascii="Arial" w:hAnsi="Arial" w:cs="Arial"/>
          <w:noProof/>
          <w:sz w:val="20"/>
          <w:szCs w:val="20"/>
        </w:rPr>
        <w:fldChar w:fldCharType="end"/>
      </w:r>
      <w:r w:rsidR="00452507">
        <w:rPr>
          <w:rFonts w:ascii="Arial" w:hAnsi="Arial" w:cs="Arial"/>
          <w:noProof/>
          <w:sz w:val="20"/>
          <w:szCs w:val="20"/>
        </w:rPr>
        <w:fldChar w:fldCharType="end"/>
      </w:r>
      <w:r>
        <w:rPr>
          <w:rFonts w:ascii="Arial" w:hAnsi="Arial" w:cs="Arial"/>
          <w:noProof/>
          <w:sz w:val="20"/>
          <w:szCs w:val="20"/>
        </w:rPr>
        <w:fldChar w:fldCharType="end"/>
      </w:r>
      <w:r>
        <w:rPr>
          <w:rFonts w:ascii="Arial" w:hAnsi="Arial" w:cs="Arial"/>
          <w:noProof/>
          <w:sz w:val="20"/>
          <w:szCs w:val="20"/>
        </w:rPr>
        <w:fldChar w:fldCharType="end"/>
      </w:r>
      <w:r w:rsidR="00E96729">
        <w:rPr>
          <w:rFonts w:ascii="Arial" w:hAnsi="Arial" w:cs="Arial"/>
          <w:noProof/>
          <w:sz w:val="20"/>
          <w:szCs w:val="20"/>
        </w:rPr>
        <w:fldChar w:fldCharType="end"/>
      </w:r>
      <w:r w:rsidR="00382C42">
        <w:rPr>
          <w:rFonts w:ascii="Arial" w:hAnsi="Arial" w:cs="Arial"/>
          <w:noProof/>
          <w:sz w:val="20"/>
          <w:szCs w:val="20"/>
        </w:rPr>
        <w:fldChar w:fldCharType="end"/>
      </w:r>
      <w:r w:rsidR="009C5CF6">
        <w:rPr>
          <w:rFonts w:ascii="Arial" w:hAnsi="Arial" w:cs="Arial"/>
          <w:noProof/>
          <w:sz w:val="20"/>
          <w:szCs w:val="20"/>
        </w:rPr>
        <w:fldChar w:fldCharType="end"/>
      </w:r>
      <w:r w:rsidR="00A65587">
        <w:rPr>
          <w:rFonts w:ascii="Arial" w:hAnsi="Arial" w:cs="Arial"/>
          <w:noProof/>
          <w:sz w:val="20"/>
          <w:szCs w:val="20"/>
        </w:rPr>
        <w:fldChar w:fldCharType="end"/>
      </w:r>
      <w:r w:rsidR="00A65587">
        <w:rPr>
          <w:rFonts w:ascii="Arial" w:hAnsi="Arial" w:cs="Arial"/>
          <w:noProof/>
          <w:sz w:val="20"/>
          <w:szCs w:val="20"/>
        </w:rPr>
        <w:fldChar w:fldCharType="end"/>
      </w:r>
      <w:r w:rsidR="00C7253C">
        <w:rPr>
          <w:rFonts w:ascii="Arial" w:hAnsi="Arial" w:cs="Arial"/>
          <w:noProof/>
          <w:sz w:val="20"/>
          <w:szCs w:val="20"/>
        </w:rPr>
        <w:fldChar w:fldCharType="end"/>
      </w:r>
      <w:r w:rsidR="00184834">
        <w:rPr>
          <w:rFonts w:ascii="Arial" w:hAnsi="Arial" w:cs="Arial"/>
          <w:noProof/>
          <w:sz w:val="20"/>
          <w:szCs w:val="20"/>
        </w:rPr>
        <w:fldChar w:fldCharType="end"/>
      </w:r>
      <w:r w:rsidR="003C4A19">
        <w:rPr>
          <w:rFonts w:ascii="Arial" w:hAnsi="Arial" w:cs="Arial"/>
          <w:noProof/>
          <w:sz w:val="20"/>
          <w:szCs w:val="20"/>
        </w:rPr>
        <w:fldChar w:fldCharType="end"/>
      </w:r>
      <w:r>
        <w:rPr>
          <w:rFonts w:ascii="Arial" w:hAnsi="Arial" w:cs="Arial"/>
          <w:noProof/>
          <w:sz w:val="20"/>
          <w:szCs w:val="20"/>
        </w:rPr>
        <w:fldChar w:fldCharType="end"/>
      </w:r>
      <w:r>
        <w:rPr>
          <w:rFonts w:ascii="Arial" w:hAnsi="Arial" w:cs="Arial"/>
          <w:noProof/>
          <w:sz w:val="20"/>
          <w:szCs w:val="20"/>
        </w:rPr>
        <w:fldChar w:fldCharType="end"/>
      </w:r>
      <w:r w:rsidR="00455D2C">
        <w:rPr>
          <w:rFonts w:ascii="Arial" w:hAnsi="Arial" w:cs="Arial"/>
          <w:noProof/>
          <w:sz w:val="20"/>
          <w:szCs w:val="20"/>
        </w:rPr>
        <w:fldChar w:fldCharType="end"/>
      </w:r>
      <w:r>
        <w:rPr>
          <w:rFonts w:ascii="Arial" w:hAnsi="Arial" w:cs="Arial"/>
          <w:noProof/>
          <w:sz w:val="20"/>
          <w:szCs w:val="20"/>
        </w:rPr>
        <w:fldChar w:fldCharType="end"/>
      </w:r>
      <w:r>
        <w:fldChar w:fldCharType="end"/>
      </w:r>
      <w:r>
        <w:fldChar w:fldCharType="end"/>
      </w:r>
      <w:r w:rsidRPr="00E5093D">
        <w:rPr>
          <w:rFonts w:ascii="Arial" w:hAnsi="Arial" w:cs="Arial"/>
          <w:b/>
          <w:sz w:val="20"/>
          <w:szCs w:val="20"/>
          <w:u w:val="single"/>
        </w:rPr>
        <w:t xml:space="preserve">      </w:t>
      </w:r>
    </w:p>
    <w:p w14:paraId="600B3F16" w14:textId="1907EDF4" w:rsidR="004D07C1" w:rsidRPr="00102BC5" w:rsidRDefault="00102BC5" w:rsidP="004D07C1">
      <w:pPr>
        <w:pStyle w:val="Duidelijkcitaat"/>
        <w:pBdr>
          <w:top w:val="single" w:sz="4" w:space="10" w:color="008BBC"/>
          <w:bottom w:val="single" w:sz="4" w:space="10" w:color="008BBC"/>
        </w:pBdr>
        <w:tabs>
          <w:tab w:val="left" w:pos="0"/>
        </w:tabs>
        <w:ind w:left="0" w:right="0"/>
        <w:jc w:val="center"/>
        <w:rPr>
          <w:i w:val="0"/>
          <w:caps/>
          <w:color w:val="A41F72"/>
          <w:sz w:val="36"/>
          <w:szCs w:val="36"/>
        </w:rPr>
      </w:pPr>
      <w:r w:rsidRPr="00102BC5">
        <w:rPr>
          <w:i w:val="0"/>
          <w:caps/>
          <w:color w:val="A41F72"/>
          <w:sz w:val="36"/>
          <w:szCs w:val="36"/>
        </w:rPr>
        <w:t>Reglement</w:t>
      </w:r>
      <w:r>
        <w:rPr>
          <w:i w:val="0"/>
          <w:caps/>
          <w:color w:val="A41F72"/>
          <w:sz w:val="36"/>
          <w:szCs w:val="36"/>
        </w:rPr>
        <w:t xml:space="preserve"> werkingssubsidies aan erkende jeugdsportverenigingen in Maaseik</w:t>
      </w:r>
    </w:p>
    <w:p w14:paraId="5E1EDCCE" w14:textId="5A952FF4" w:rsidR="00BB52FF" w:rsidRDefault="008E33A1" w:rsidP="004D07C1">
      <w:pPr>
        <w:spacing w:after="160" w:line="240" w:lineRule="auto"/>
        <w:rPr>
          <w:rFonts w:ascii="Calibri" w:eastAsia="Calibri" w:hAnsi="Calibri" w:cs="Arial"/>
          <w:b/>
          <w:bCs/>
          <w:sz w:val="24"/>
          <w:szCs w:val="24"/>
          <w:u w:val="single"/>
        </w:rPr>
      </w:pPr>
      <w:r>
        <w:rPr>
          <w:rFonts w:ascii="Calibri" w:eastAsia="Calibri" w:hAnsi="Calibri" w:cs="Arial"/>
          <w:b/>
          <w:bCs/>
          <w:sz w:val="24"/>
          <w:szCs w:val="24"/>
          <w:u w:val="single"/>
        </w:rPr>
        <w:t>Voorafgaandelijk</w:t>
      </w:r>
    </w:p>
    <w:p w14:paraId="049DBC12" w14:textId="3A734BE2" w:rsidR="008E33A1" w:rsidRDefault="008E33A1" w:rsidP="008E33A1">
      <w:pPr>
        <w:rPr>
          <w:rFonts w:ascii="Calibri" w:eastAsia="Calibri" w:hAnsi="Calibri" w:cs="Arial"/>
          <w:sz w:val="24"/>
          <w:szCs w:val="24"/>
        </w:rPr>
      </w:pPr>
      <w:r>
        <w:rPr>
          <w:rFonts w:ascii="Calibri" w:eastAsia="Calibri" w:hAnsi="Calibri" w:cs="Arial"/>
          <w:sz w:val="24"/>
          <w:szCs w:val="24"/>
        </w:rPr>
        <w:t xml:space="preserve">Binnen de perken van de in de meerjarenplanning voorziene kredieten, wordt een subsidie verleend voor </w:t>
      </w:r>
      <w:r w:rsidR="00037B8B" w:rsidRPr="00102BC5">
        <w:rPr>
          <w:rFonts w:ascii="Calibri" w:eastAsia="Calibri" w:hAnsi="Calibri" w:cs="Arial"/>
          <w:sz w:val="24"/>
          <w:szCs w:val="24"/>
        </w:rPr>
        <w:t>werkingssubsidies uitgekeerd aan erkende</w:t>
      </w:r>
      <w:r w:rsidR="00102BC5">
        <w:rPr>
          <w:rFonts w:ascii="Calibri" w:eastAsia="Calibri" w:hAnsi="Calibri" w:cs="Arial"/>
          <w:sz w:val="24"/>
          <w:szCs w:val="24"/>
        </w:rPr>
        <w:t xml:space="preserve"> </w:t>
      </w:r>
      <w:r w:rsidR="00037B8B" w:rsidRPr="00102BC5">
        <w:rPr>
          <w:rFonts w:ascii="Calibri" w:eastAsia="Calibri" w:hAnsi="Calibri" w:cs="Arial"/>
          <w:sz w:val="24"/>
          <w:szCs w:val="24"/>
        </w:rPr>
        <w:t>jeugdsportverenigingen uit Maaseik</w:t>
      </w:r>
      <w:r>
        <w:rPr>
          <w:rFonts w:ascii="Calibri" w:eastAsia="Calibri" w:hAnsi="Calibri" w:cs="Arial"/>
          <w:sz w:val="24"/>
          <w:szCs w:val="24"/>
        </w:rPr>
        <w:t xml:space="preserve">, en dit volgens de voorwaarden en de normen zoals hieronder bepaald. </w:t>
      </w:r>
    </w:p>
    <w:p w14:paraId="0040A73D" w14:textId="66EB8328" w:rsidR="008E33A1" w:rsidRPr="008E33A1" w:rsidRDefault="008E33A1" w:rsidP="008E33A1">
      <w:pPr>
        <w:spacing w:after="160" w:line="240" w:lineRule="auto"/>
        <w:rPr>
          <w:rFonts w:ascii="Calibri" w:eastAsia="Calibri" w:hAnsi="Calibri" w:cs="Arial"/>
          <w:b/>
          <w:bCs/>
          <w:sz w:val="24"/>
          <w:szCs w:val="24"/>
          <w:u w:val="single"/>
        </w:rPr>
      </w:pPr>
      <w:r w:rsidRPr="008E33A1">
        <w:rPr>
          <w:rFonts w:ascii="Calibri" w:eastAsia="Calibri" w:hAnsi="Calibri" w:cs="Arial"/>
          <w:b/>
          <w:bCs/>
          <w:sz w:val="24"/>
          <w:szCs w:val="24"/>
          <w:u w:val="single"/>
        </w:rPr>
        <w:t>Artikel 1. Voorwerp</w:t>
      </w:r>
    </w:p>
    <w:p w14:paraId="0F34BD9F" w14:textId="60A5DF54" w:rsidR="00037B8B" w:rsidRPr="00102BC5" w:rsidRDefault="0071719D" w:rsidP="00037B8B">
      <w:pPr>
        <w:rPr>
          <w:rFonts w:ascii="Calibri" w:eastAsia="Calibri" w:hAnsi="Calibri" w:cs="Arial"/>
          <w:sz w:val="24"/>
          <w:szCs w:val="24"/>
        </w:rPr>
      </w:pPr>
      <w:r>
        <w:rPr>
          <w:rFonts w:ascii="Calibri" w:eastAsia="Calibri" w:hAnsi="Calibri" w:cs="Arial"/>
          <w:sz w:val="24"/>
          <w:szCs w:val="24"/>
        </w:rPr>
        <w:t xml:space="preserve">In het huidige reglement worden de afspraken en voorwaarden vastgelegd met betrekking tot </w:t>
      </w:r>
      <w:r w:rsidR="00102BC5">
        <w:rPr>
          <w:rFonts w:ascii="Calibri" w:eastAsia="Calibri" w:hAnsi="Calibri" w:cs="Arial"/>
          <w:sz w:val="24"/>
          <w:szCs w:val="24"/>
        </w:rPr>
        <w:t>h</w:t>
      </w:r>
      <w:r w:rsidR="00037B8B" w:rsidRPr="00102BC5">
        <w:rPr>
          <w:rFonts w:ascii="Calibri" w:eastAsia="Calibri" w:hAnsi="Calibri" w:cs="Arial"/>
          <w:sz w:val="24"/>
          <w:szCs w:val="24"/>
        </w:rPr>
        <w:t xml:space="preserve">et toekennen van een werkingssubsidie die als doel heeft de werking van de vereniging te ondersteunen. </w:t>
      </w:r>
    </w:p>
    <w:p w14:paraId="796838ED" w14:textId="762BBAFF" w:rsidR="00F0235D" w:rsidRPr="00F0235D" w:rsidRDefault="00F0235D" w:rsidP="004D07C1">
      <w:pPr>
        <w:spacing w:after="160" w:line="240" w:lineRule="auto"/>
        <w:rPr>
          <w:rFonts w:ascii="Calibri" w:eastAsia="Calibri" w:hAnsi="Calibri" w:cs="Arial"/>
          <w:b/>
          <w:bCs/>
          <w:sz w:val="24"/>
          <w:szCs w:val="24"/>
          <w:u w:val="single"/>
        </w:rPr>
      </w:pPr>
      <w:r w:rsidRPr="00F0235D">
        <w:rPr>
          <w:rFonts w:ascii="Calibri" w:eastAsia="Calibri" w:hAnsi="Calibri" w:cs="Arial"/>
          <w:b/>
          <w:bCs/>
          <w:sz w:val="24"/>
          <w:szCs w:val="24"/>
          <w:u w:val="single"/>
        </w:rPr>
        <w:t>Artikel 2. Definities</w:t>
      </w:r>
    </w:p>
    <w:p w14:paraId="5D7797C8" w14:textId="77777777" w:rsidR="00037B8B" w:rsidRPr="00102BC5" w:rsidRDefault="00037B8B" w:rsidP="00037B8B">
      <w:pPr>
        <w:rPr>
          <w:rFonts w:ascii="Calibri" w:eastAsia="Calibri" w:hAnsi="Calibri" w:cs="Arial"/>
          <w:sz w:val="24"/>
          <w:szCs w:val="24"/>
        </w:rPr>
      </w:pPr>
      <w:r w:rsidRPr="00102BC5">
        <w:rPr>
          <w:rFonts w:ascii="Calibri" w:eastAsia="Calibri" w:hAnsi="Calibri" w:cs="Arial"/>
          <w:sz w:val="24"/>
          <w:szCs w:val="24"/>
        </w:rPr>
        <w:t>Definities:</w:t>
      </w:r>
    </w:p>
    <w:p w14:paraId="5006B7AF" w14:textId="63489DC0" w:rsidR="00037B8B" w:rsidRPr="00102BC5" w:rsidRDefault="00037B8B" w:rsidP="00102BC5">
      <w:pPr>
        <w:pStyle w:val="Lijstalinea"/>
        <w:numPr>
          <w:ilvl w:val="0"/>
          <w:numId w:val="19"/>
        </w:numPr>
        <w:rPr>
          <w:rFonts w:ascii="Calibri" w:eastAsia="Calibri" w:hAnsi="Calibri" w:cs="Arial"/>
          <w:sz w:val="24"/>
          <w:szCs w:val="24"/>
        </w:rPr>
      </w:pPr>
      <w:r w:rsidRPr="00102BC5">
        <w:rPr>
          <w:rFonts w:ascii="Calibri" w:eastAsia="Calibri" w:hAnsi="Calibri" w:cs="Arial"/>
          <w:sz w:val="24"/>
          <w:szCs w:val="24"/>
        </w:rPr>
        <w:t>Sportvereniging: Een vereniging van burgers die zich structureel en duurzaam organiseert met als primaire doelstelling de beoefening van sport.</w:t>
      </w:r>
    </w:p>
    <w:p w14:paraId="2CC1A139" w14:textId="6E741AE0" w:rsidR="00037B8B" w:rsidRDefault="00037B8B" w:rsidP="00102BC5">
      <w:pPr>
        <w:pStyle w:val="Lijstalinea"/>
        <w:numPr>
          <w:ilvl w:val="0"/>
          <w:numId w:val="19"/>
        </w:numPr>
        <w:rPr>
          <w:rFonts w:ascii="Calibri" w:eastAsia="Calibri" w:hAnsi="Calibri" w:cs="Arial"/>
          <w:sz w:val="24"/>
          <w:szCs w:val="24"/>
        </w:rPr>
      </w:pPr>
      <w:r w:rsidRPr="00102BC5">
        <w:rPr>
          <w:rFonts w:ascii="Calibri" w:eastAsia="Calibri" w:hAnsi="Calibri" w:cs="Arial"/>
          <w:sz w:val="24"/>
          <w:szCs w:val="24"/>
        </w:rPr>
        <w:t>Jeugdsportvereniging: Een sportvereniging die een specifieke werking opzet voor jeugd.</w:t>
      </w:r>
    </w:p>
    <w:p w14:paraId="66FBD193" w14:textId="77777777" w:rsidR="00A55D73" w:rsidRDefault="00037B8B" w:rsidP="00102BC5">
      <w:pPr>
        <w:pStyle w:val="Lijstalinea"/>
        <w:numPr>
          <w:ilvl w:val="0"/>
          <w:numId w:val="19"/>
        </w:numPr>
        <w:rPr>
          <w:rFonts w:ascii="Calibri" w:eastAsia="Calibri" w:hAnsi="Calibri" w:cs="Arial"/>
          <w:sz w:val="24"/>
          <w:szCs w:val="24"/>
        </w:rPr>
      </w:pPr>
      <w:r w:rsidRPr="00102BC5">
        <w:rPr>
          <w:rFonts w:ascii="Calibri" w:eastAsia="Calibri" w:hAnsi="Calibri" w:cs="Arial"/>
          <w:sz w:val="24"/>
          <w:szCs w:val="24"/>
        </w:rPr>
        <w:t xml:space="preserve">Jeugdlid: </w:t>
      </w:r>
    </w:p>
    <w:p w14:paraId="65255D7A" w14:textId="278651C6" w:rsidR="00037B8B" w:rsidRDefault="00037B8B" w:rsidP="00A55D73">
      <w:pPr>
        <w:pStyle w:val="Lijstalinea"/>
        <w:numPr>
          <w:ilvl w:val="1"/>
          <w:numId w:val="19"/>
        </w:numPr>
        <w:rPr>
          <w:rFonts w:ascii="Calibri" w:eastAsia="Calibri" w:hAnsi="Calibri" w:cs="Arial"/>
          <w:sz w:val="24"/>
          <w:szCs w:val="24"/>
        </w:rPr>
      </w:pPr>
      <w:r w:rsidRPr="00102BC5">
        <w:rPr>
          <w:rFonts w:ascii="Calibri" w:eastAsia="Calibri" w:hAnsi="Calibri" w:cs="Arial"/>
          <w:sz w:val="24"/>
          <w:szCs w:val="24"/>
        </w:rPr>
        <w:t>Een lid jonger dan 19 jaar.</w:t>
      </w:r>
    </w:p>
    <w:p w14:paraId="53B49B4B" w14:textId="5869F0DE" w:rsidR="00A55D73" w:rsidRDefault="00A55D73" w:rsidP="00A55D73">
      <w:pPr>
        <w:pStyle w:val="Lijstalinea"/>
        <w:numPr>
          <w:ilvl w:val="1"/>
          <w:numId w:val="19"/>
        </w:numPr>
        <w:rPr>
          <w:rFonts w:ascii="Calibri" w:eastAsia="Calibri" w:hAnsi="Calibri" w:cs="Arial"/>
          <w:sz w:val="24"/>
          <w:szCs w:val="24"/>
        </w:rPr>
      </w:pPr>
      <w:r>
        <w:rPr>
          <w:rFonts w:ascii="Calibri" w:eastAsia="Calibri" w:hAnsi="Calibri" w:cs="Arial"/>
          <w:sz w:val="24"/>
          <w:szCs w:val="24"/>
        </w:rPr>
        <w:t>Een lid met een mentale of fysieke beperking wordt gelijkgeschakeld met een jeugdlid.</w:t>
      </w:r>
    </w:p>
    <w:p w14:paraId="58072F85" w14:textId="54BE4DCF" w:rsidR="00166D8E" w:rsidRDefault="00102BC5" w:rsidP="00166D8E">
      <w:pPr>
        <w:pStyle w:val="Lijstalinea"/>
        <w:numPr>
          <w:ilvl w:val="0"/>
          <w:numId w:val="19"/>
        </w:numPr>
        <w:rPr>
          <w:rFonts w:ascii="Calibri" w:eastAsia="Calibri" w:hAnsi="Calibri" w:cs="Arial"/>
          <w:sz w:val="24"/>
          <w:szCs w:val="24"/>
        </w:rPr>
      </w:pPr>
      <w:r>
        <w:rPr>
          <w:rFonts w:ascii="Calibri" w:eastAsia="Calibri" w:hAnsi="Calibri" w:cs="Arial"/>
          <w:sz w:val="24"/>
          <w:szCs w:val="24"/>
        </w:rPr>
        <w:t xml:space="preserve">Werkingsjaar: </w:t>
      </w:r>
      <w:r w:rsidR="008E697F">
        <w:rPr>
          <w:rFonts w:ascii="Calibri" w:eastAsia="Calibri" w:hAnsi="Calibri" w:cs="Arial"/>
          <w:sz w:val="24"/>
          <w:szCs w:val="24"/>
        </w:rPr>
        <w:t>B</w:t>
      </w:r>
      <w:r>
        <w:rPr>
          <w:rFonts w:ascii="Calibri" w:eastAsia="Calibri" w:hAnsi="Calibri" w:cs="Arial"/>
          <w:sz w:val="24"/>
          <w:szCs w:val="24"/>
        </w:rPr>
        <w:t>egint 1 juli en eindigt 30 juni van het jaar daaropvolgend.</w:t>
      </w:r>
    </w:p>
    <w:p w14:paraId="3E9FB6D6" w14:textId="573A5343" w:rsidR="00166D8E" w:rsidRPr="00166D8E" w:rsidRDefault="00166D8E" w:rsidP="00166D8E">
      <w:pPr>
        <w:pStyle w:val="Lijstalinea"/>
        <w:numPr>
          <w:ilvl w:val="0"/>
          <w:numId w:val="19"/>
        </w:numPr>
        <w:rPr>
          <w:rFonts w:ascii="Calibri" w:eastAsia="Calibri" w:hAnsi="Calibri" w:cs="Arial"/>
          <w:sz w:val="24"/>
          <w:szCs w:val="24"/>
        </w:rPr>
      </w:pPr>
      <w:r w:rsidRPr="00166D8E">
        <w:rPr>
          <w:rFonts w:ascii="Calibri" w:eastAsia="Calibri" w:hAnsi="Calibri" w:cs="Arial"/>
          <w:sz w:val="24"/>
          <w:szCs w:val="24"/>
        </w:rPr>
        <w:t>Bonustrainer: Extra</w:t>
      </w:r>
      <w:r>
        <w:rPr>
          <w:rFonts w:ascii="Calibri" w:eastAsia="Calibri" w:hAnsi="Calibri" w:cs="Arial"/>
          <w:sz w:val="24"/>
          <w:szCs w:val="24"/>
        </w:rPr>
        <w:t xml:space="preserve"> gediplomeerd</w:t>
      </w:r>
      <w:r w:rsidRPr="00166D8E">
        <w:rPr>
          <w:rFonts w:ascii="Calibri" w:eastAsia="Calibri" w:hAnsi="Calibri" w:cs="Arial"/>
          <w:sz w:val="24"/>
          <w:szCs w:val="24"/>
        </w:rPr>
        <w:t xml:space="preserve"> jeugdtrainer bovenop het minimum aantal trainers dat noodzakelijk is voor het verkrijgen van de werkingssubsidie verbonden aan de categorie waarin de jeugdsportvereniging zich bevindt.</w:t>
      </w:r>
    </w:p>
    <w:p w14:paraId="0E157F75" w14:textId="033D63AC" w:rsidR="0071719D" w:rsidRDefault="0071719D" w:rsidP="004D07C1">
      <w:pPr>
        <w:spacing w:after="160" w:line="240" w:lineRule="auto"/>
        <w:rPr>
          <w:rFonts w:ascii="Calibri" w:eastAsia="Calibri" w:hAnsi="Calibri" w:cs="Arial"/>
          <w:b/>
          <w:bCs/>
          <w:sz w:val="24"/>
          <w:szCs w:val="24"/>
          <w:u w:val="single"/>
        </w:rPr>
      </w:pPr>
      <w:r>
        <w:rPr>
          <w:rFonts w:ascii="Calibri" w:eastAsia="Calibri" w:hAnsi="Calibri" w:cs="Arial"/>
          <w:b/>
          <w:bCs/>
          <w:sz w:val="24"/>
          <w:szCs w:val="24"/>
          <w:u w:val="single"/>
        </w:rPr>
        <w:lastRenderedPageBreak/>
        <w:t xml:space="preserve">Artikel </w:t>
      </w:r>
      <w:r w:rsidR="00857F07">
        <w:rPr>
          <w:rFonts w:ascii="Calibri" w:eastAsia="Calibri" w:hAnsi="Calibri" w:cs="Arial"/>
          <w:b/>
          <w:bCs/>
          <w:sz w:val="24"/>
          <w:szCs w:val="24"/>
          <w:u w:val="single"/>
        </w:rPr>
        <w:t>3</w:t>
      </w:r>
      <w:r>
        <w:rPr>
          <w:rFonts w:ascii="Calibri" w:eastAsia="Calibri" w:hAnsi="Calibri" w:cs="Arial"/>
          <w:b/>
          <w:bCs/>
          <w:sz w:val="24"/>
          <w:szCs w:val="24"/>
          <w:u w:val="single"/>
        </w:rPr>
        <w:t>. Toepassingsgebied</w:t>
      </w:r>
    </w:p>
    <w:p w14:paraId="149C60F1" w14:textId="734A6A5C" w:rsidR="00415E3B" w:rsidRPr="00A55D73" w:rsidRDefault="008463CD" w:rsidP="00A55D73">
      <w:pPr>
        <w:rPr>
          <w:rFonts w:ascii="Calibri" w:eastAsia="Calibri" w:hAnsi="Calibri" w:cs="Arial"/>
          <w:sz w:val="24"/>
          <w:szCs w:val="24"/>
        </w:rPr>
      </w:pPr>
      <w:r w:rsidRPr="004D07C1">
        <w:rPr>
          <w:rFonts w:ascii="Calibri" w:eastAsia="Calibri" w:hAnsi="Calibri" w:cs="Arial"/>
          <w:sz w:val="24"/>
          <w:szCs w:val="24"/>
        </w:rPr>
        <w:t xml:space="preserve">Dit reglement is </w:t>
      </w:r>
      <w:r w:rsidR="00102BC5">
        <w:rPr>
          <w:rFonts w:ascii="Calibri" w:eastAsia="Calibri" w:hAnsi="Calibri" w:cs="Arial"/>
          <w:sz w:val="24"/>
          <w:szCs w:val="24"/>
        </w:rPr>
        <w:t>enkel v</w:t>
      </w:r>
      <w:r w:rsidRPr="004D07C1">
        <w:rPr>
          <w:rFonts w:ascii="Calibri" w:eastAsia="Calibri" w:hAnsi="Calibri" w:cs="Arial"/>
          <w:sz w:val="24"/>
          <w:szCs w:val="24"/>
        </w:rPr>
        <w:t xml:space="preserve">an toepassing </w:t>
      </w:r>
      <w:r w:rsidR="00037B8B" w:rsidRPr="00102BC5">
        <w:rPr>
          <w:rFonts w:ascii="Calibri" w:eastAsia="Calibri" w:hAnsi="Calibri" w:cs="Arial"/>
          <w:sz w:val="24"/>
          <w:szCs w:val="24"/>
        </w:rPr>
        <w:t>op erkende jeugdsportverenigingen</w:t>
      </w:r>
      <w:r w:rsidR="00102BC5">
        <w:rPr>
          <w:rFonts w:ascii="Calibri" w:eastAsia="Calibri" w:hAnsi="Calibri" w:cs="Arial"/>
          <w:sz w:val="24"/>
          <w:szCs w:val="24"/>
        </w:rPr>
        <w:t>.</w:t>
      </w:r>
      <w:r w:rsidRPr="004D07C1">
        <w:rPr>
          <w:rFonts w:ascii="Calibri" w:eastAsia="Calibri" w:hAnsi="Calibri" w:cs="Arial"/>
          <w:sz w:val="24"/>
          <w:szCs w:val="24"/>
        </w:rPr>
        <w:t xml:space="preserve"> </w:t>
      </w:r>
    </w:p>
    <w:p w14:paraId="21D30CEC" w14:textId="4E2FA366" w:rsidR="00F0235D" w:rsidRDefault="00B00F7A" w:rsidP="00F0235D">
      <w:pPr>
        <w:spacing w:after="160" w:line="240" w:lineRule="auto"/>
        <w:rPr>
          <w:rFonts w:ascii="Calibri" w:eastAsia="Calibri" w:hAnsi="Calibri" w:cs="Arial"/>
          <w:b/>
          <w:bCs/>
          <w:sz w:val="24"/>
          <w:szCs w:val="24"/>
          <w:u w:val="single"/>
        </w:rPr>
      </w:pPr>
      <w:r>
        <w:rPr>
          <w:rFonts w:ascii="Calibri" w:eastAsia="Calibri" w:hAnsi="Calibri" w:cs="Arial"/>
          <w:b/>
          <w:bCs/>
          <w:sz w:val="24"/>
          <w:szCs w:val="24"/>
          <w:u w:val="single"/>
        </w:rPr>
        <w:t xml:space="preserve">Artikel </w:t>
      </w:r>
      <w:r w:rsidR="00954A29">
        <w:rPr>
          <w:rFonts w:ascii="Calibri" w:eastAsia="Calibri" w:hAnsi="Calibri" w:cs="Arial"/>
          <w:b/>
          <w:bCs/>
          <w:sz w:val="24"/>
          <w:szCs w:val="24"/>
          <w:u w:val="single"/>
        </w:rPr>
        <w:t>4</w:t>
      </w:r>
      <w:r>
        <w:rPr>
          <w:rFonts w:ascii="Calibri" w:eastAsia="Calibri" w:hAnsi="Calibri" w:cs="Arial"/>
          <w:b/>
          <w:bCs/>
          <w:sz w:val="24"/>
          <w:szCs w:val="24"/>
          <w:u w:val="single"/>
        </w:rPr>
        <w:t xml:space="preserve">. </w:t>
      </w:r>
      <w:r w:rsidR="005E56E5">
        <w:rPr>
          <w:rFonts w:ascii="Calibri" w:eastAsia="Calibri" w:hAnsi="Calibri" w:cs="Arial"/>
          <w:b/>
          <w:bCs/>
          <w:sz w:val="24"/>
          <w:szCs w:val="24"/>
          <w:u w:val="single"/>
        </w:rPr>
        <w:t>Algemene voorwaarden</w:t>
      </w:r>
    </w:p>
    <w:p w14:paraId="6619C983" w14:textId="3AF1E63F" w:rsidR="005E56E5" w:rsidRPr="00361378" w:rsidRDefault="000A2BBF" w:rsidP="005E56E5">
      <w:pPr>
        <w:rPr>
          <w:rFonts w:ascii="Calibri" w:eastAsia="Calibri" w:hAnsi="Calibri" w:cs="Arial"/>
          <w:sz w:val="24"/>
          <w:szCs w:val="24"/>
        </w:rPr>
      </w:pPr>
      <w:r>
        <w:rPr>
          <w:rFonts w:ascii="Calibri" w:eastAsia="Calibri" w:hAnsi="Calibri" w:cs="Arial"/>
          <w:sz w:val="24"/>
          <w:szCs w:val="24"/>
        </w:rPr>
        <w:t>E</w:t>
      </w:r>
      <w:r w:rsidR="005E56E5">
        <w:rPr>
          <w:rFonts w:ascii="Calibri" w:eastAsia="Calibri" w:hAnsi="Calibri" w:cs="Arial"/>
          <w:sz w:val="24"/>
          <w:szCs w:val="24"/>
        </w:rPr>
        <w:t xml:space="preserve">rkende </w:t>
      </w:r>
      <w:r w:rsidR="005E56E5" w:rsidRPr="00102BC5">
        <w:rPr>
          <w:rFonts w:ascii="Calibri" w:eastAsia="Calibri" w:hAnsi="Calibri" w:cs="Arial"/>
          <w:sz w:val="24"/>
          <w:szCs w:val="24"/>
        </w:rPr>
        <w:t>jeugdsportverenigingen moet</w:t>
      </w:r>
      <w:r>
        <w:rPr>
          <w:rFonts w:ascii="Calibri" w:eastAsia="Calibri" w:hAnsi="Calibri" w:cs="Arial"/>
          <w:sz w:val="24"/>
          <w:szCs w:val="24"/>
        </w:rPr>
        <w:t>en</w:t>
      </w:r>
      <w:r w:rsidR="005E56E5" w:rsidRPr="00102BC5">
        <w:rPr>
          <w:rFonts w:ascii="Calibri" w:eastAsia="Calibri" w:hAnsi="Calibri" w:cs="Arial"/>
          <w:sz w:val="24"/>
          <w:szCs w:val="24"/>
        </w:rPr>
        <w:t xml:space="preserve"> minimaal aan volgende voorwaarden voldoen</w:t>
      </w:r>
      <w:r>
        <w:rPr>
          <w:rFonts w:ascii="Calibri" w:eastAsia="Calibri" w:hAnsi="Calibri" w:cs="Arial"/>
          <w:sz w:val="24"/>
          <w:szCs w:val="24"/>
        </w:rPr>
        <w:t xml:space="preserve"> </w:t>
      </w:r>
      <w:r w:rsidRPr="00361378">
        <w:rPr>
          <w:rFonts w:ascii="Calibri" w:eastAsia="Calibri" w:hAnsi="Calibri" w:cs="Arial"/>
          <w:sz w:val="24"/>
          <w:szCs w:val="24"/>
        </w:rPr>
        <w:t>om in aanmerking te komen voor een werkingssubsidie</w:t>
      </w:r>
      <w:r w:rsidR="005E56E5" w:rsidRPr="00361378">
        <w:rPr>
          <w:rFonts w:ascii="Calibri" w:eastAsia="Calibri" w:hAnsi="Calibri" w:cs="Arial"/>
          <w:sz w:val="24"/>
          <w:szCs w:val="24"/>
        </w:rPr>
        <w:t>:</w:t>
      </w:r>
    </w:p>
    <w:p w14:paraId="067A0E8B" w14:textId="72027604" w:rsidR="000A2BBF" w:rsidRPr="00361378" w:rsidRDefault="000A2BBF" w:rsidP="005E56E5">
      <w:pPr>
        <w:pStyle w:val="Lijstalinea"/>
        <w:numPr>
          <w:ilvl w:val="0"/>
          <w:numId w:val="19"/>
        </w:numPr>
        <w:rPr>
          <w:rFonts w:ascii="Calibri" w:eastAsia="Calibri" w:hAnsi="Calibri" w:cs="Arial"/>
          <w:sz w:val="24"/>
          <w:szCs w:val="24"/>
        </w:rPr>
      </w:pPr>
      <w:r w:rsidRPr="00361378">
        <w:rPr>
          <w:rFonts w:ascii="Calibri" w:eastAsia="Calibri" w:hAnsi="Calibri" w:cs="Arial"/>
          <w:sz w:val="24"/>
          <w:szCs w:val="24"/>
        </w:rPr>
        <w:t xml:space="preserve">De vereniging moet erkend zijn als </w:t>
      </w:r>
      <w:proofErr w:type="spellStart"/>
      <w:r w:rsidRPr="00361378">
        <w:rPr>
          <w:rFonts w:ascii="Calibri" w:eastAsia="Calibri" w:hAnsi="Calibri" w:cs="Arial"/>
          <w:sz w:val="24"/>
          <w:szCs w:val="24"/>
        </w:rPr>
        <w:t>Maaseikse</w:t>
      </w:r>
      <w:proofErr w:type="spellEnd"/>
      <w:r w:rsidRPr="00361378">
        <w:rPr>
          <w:rFonts w:ascii="Calibri" w:eastAsia="Calibri" w:hAnsi="Calibri" w:cs="Arial"/>
          <w:sz w:val="24"/>
          <w:szCs w:val="24"/>
        </w:rPr>
        <w:t xml:space="preserve"> jeugdsportvereniging zoals omschreven in het reglement tot erkenning van sportverenigingen zoals goedgekeurd door de gemeenteraad ter zitting van </w:t>
      </w:r>
      <w:r w:rsidR="00361378" w:rsidRPr="00361378">
        <w:rPr>
          <w:rFonts w:ascii="Calibri" w:eastAsia="Calibri" w:hAnsi="Calibri" w:cs="Arial"/>
          <w:sz w:val="24"/>
          <w:szCs w:val="24"/>
        </w:rPr>
        <w:t>27/04/2020.</w:t>
      </w:r>
    </w:p>
    <w:p w14:paraId="6416FA38" w14:textId="5B22DD84" w:rsidR="000A2BBF" w:rsidRDefault="000A2BBF" w:rsidP="005E56E5">
      <w:pPr>
        <w:pStyle w:val="Lijstalinea"/>
        <w:numPr>
          <w:ilvl w:val="0"/>
          <w:numId w:val="19"/>
        </w:numPr>
        <w:rPr>
          <w:rFonts w:ascii="Calibri" w:eastAsia="Calibri" w:hAnsi="Calibri" w:cs="Arial"/>
          <w:sz w:val="24"/>
          <w:szCs w:val="24"/>
        </w:rPr>
      </w:pPr>
      <w:r>
        <w:rPr>
          <w:rFonts w:ascii="Calibri" w:eastAsia="Calibri" w:hAnsi="Calibri" w:cs="Arial"/>
          <w:sz w:val="24"/>
          <w:szCs w:val="24"/>
        </w:rPr>
        <w:t>De vereniging moet bestaa</w:t>
      </w:r>
      <w:r w:rsidR="004060B3">
        <w:rPr>
          <w:rFonts w:ascii="Calibri" w:eastAsia="Calibri" w:hAnsi="Calibri" w:cs="Arial"/>
          <w:sz w:val="24"/>
          <w:szCs w:val="24"/>
        </w:rPr>
        <w:t>n</w:t>
      </w:r>
      <w:r>
        <w:rPr>
          <w:rFonts w:ascii="Calibri" w:eastAsia="Calibri" w:hAnsi="Calibri" w:cs="Arial"/>
          <w:sz w:val="24"/>
          <w:szCs w:val="24"/>
        </w:rPr>
        <w:t xml:space="preserve"> uit m</w:t>
      </w:r>
      <w:r w:rsidR="005E56E5" w:rsidRPr="00102BC5">
        <w:rPr>
          <w:rFonts w:ascii="Calibri" w:eastAsia="Calibri" w:hAnsi="Calibri" w:cs="Arial"/>
          <w:sz w:val="24"/>
          <w:szCs w:val="24"/>
        </w:rPr>
        <w:t>inimum 10 jeugdleden</w:t>
      </w:r>
      <w:r>
        <w:rPr>
          <w:rFonts w:ascii="Calibri" w:eastAsia="Calibri" w:hAnsi="Calibri" w:cs="Arial"/>
          <w:sz w:val="24"/>
          <w:szCs w:val="24"/>
        </w:rPr>
        <w:t>.</w:t>
      </w:r>
    </w:p>
    <w:p w14:paraId="06548321" w14:textId="31F15349" w:rsidR="005E56E5" w:rsidRPr="00102BC5" w:rsidRDefault="000A2BBF" w:rsidP="005E56E5">
      <w:pPr>
        <w:pStyle w:val="Lijstalinea"/>
        <w:numPr>
          <w:ilvl w:val="0"/>
          <w:numId w:val="19"/>
        </w:numPr>
        <w:rPr>
          <w:rFonts w:ascii="Calibri" w:eastAsia="Calibri" w:hAnsi="Calibri" w:cs="Arial"/>
          <w:sz w:val="24"/>
          <w:szCs w:val="24"/>
        </w:rPr>
      </w:pPr>
      <w:r>
        <w:rPr>
          <w:rFonts w:ascii="Calibri" w:eastAsia="Calibri" w:hAnsi="Calibri" w:cs="Arial"/>
          <w:sz w:val="24"/>
          <w:szCs w:val="24"/>
        </w:rPr>
        <w:t xml:space="preserve">De vereniging moet </w:t>
      </w:r>
      <w:r w:rsidR="005E56E5" w:rsidRPr="00102BC5">
        <w:rPr>
          <w:rFonts w:ascii="Calibri" w:eastAsia="Calibri" w:hAnsi="Calibri" w:cs="Arial"/>
          <w:sz w:val="24"/>
          <w:szCs w:val="24"/>
        </w:rPr>
        <w:t>op jaarbasis wekelijks</w:t>
      </w:r>
      <w:r w:rsidR="00A55D73">
        <w:rPr>
          <w:rFonts w:ascii="Calibri" w:eastAsia="Calibri" w:hAnsi="Calibri" w:cs="Arial"/>
          <w:sz w:val="24"/>
          <w:szCs w:val="24"/>
        </w:rPr>
        <w:t xml:space="preserve"> (minimum 20 weken)</w:t>
      </w:r>
      <w:r w:rsidR="005E56E5" w:rsidRPr="00102BC5">
        <w:rPr>
          <w:rFonts w:ascii="Calibri" w:eastAsia="Calibri" w:hAnsi="Calibri" w:cs="Arial"/>
          <w:sz w:val="24"/>
          <w:szCs w:val="24"/>
        </w:rPr>
        <w:t xml:space="preserve"> een aparte training voorzien voor de jeugdleden,</w:t>
      </w:r>
      <w:r>
        <w:rPr>
          <w:rFonts w:ascii="Calibri" w:eastAsia="Calibri" w:hAnsi="Calibri" w:cs="Arial"/>
          <w:sz w:val="24"/>
          <w:szCs w:val="24"/>
        </w:rPr>
        <w:t xml:space="preserve"> en dit</w:t>
      </w:r>
      <w:r w:rsidR="005E56E5" w:rsidRPr="00102BC5">
        <w:rPr>
          <w:rFonts w:ascii="Calibri" w:eastAsia="Calibri" w:hAnsi="Calibri" w:cs="Arial"/>
          <w:sz w:val="24"/>
          <w:szCs w:val="24"/>
        </w:rPr>
        <w:t xml:space="preserve"> onder begeleiding van een trainer.</w:t>
      </w:r>
    </w:p>
    <w:p w14:paraId="2AF77D4E" w14:textId="292996C1" w:rsidR="005E56E5" w:rsidRPr="000A2BBF" w:rsidRDefault="000A2BBF" w:rsidP="000A2BBF">
      <w:pPr>
        <w:pStyle w:val="Lijstalinea"/>
        <w:numPr>
          <w:ilvl w:val="0"/>
          <w:numId w:val="19"/>
        </w:numPr>
        <w:rPr>
          <w:rFonts w:ascii="Calibri" w:eastAsia="Calibri" w:hAnsi="Calibri" w:cs="Arial"/>
          <w:sz w:val="24"/>
          <w:szCs w:val="24"/>
        </w:rPr>
      </w:pPr>
      <w:r>
        <w:rPr>
          <w:rFonts w:ascii="Calibri" w:eastAsia="Calibri" w:hAnsi="Calibri" w:cs="Arial"/>
          <w:sz w:val="24"/>
          <w:szCs w:val="24"/>
        </w:rPr>
        <w:t>Het aanbieden van e</w:t>
      </w:r>
      <w:r w:rsidR="005E56E5" w:rsidRPr="00102BC5">
        <w:rPr>
          <w:rFonts w:ascii="Calibri" w:eastAsia="Calibri" w:hAnsi="Calibri" w:cs="Arial"/>
          <w:sz w:val="24"/>
          <w:szCs w:val="24"/>
        </w:rPr>
        <w:t>en recreatief trainingsaanbod is voldoende</w:t>
      </w:r>
      <w:r>
        <w:rPr>
          <w:rFonts w:ascii="Calibri" w:eastAsia="Calibri" w:hAnsi="Calibri" w:cs="Arial"/>
          <w:sz w:val="24"/>
          <w:szCs w:val="24"/>
        </w:rPr>
        <w:t xml:space="preserve"> in die zin dat d</w:t>
      </w:r>
      <w:r w:rsidR="005E56E5" w:rsidRPr="000A2BBF">
        <w:rPr>
          <w:rFonts w:ascii="Calibri" w:eastAsia="Calibri" w:hAnsi="Calibri" w:cs="Arial"/>
          <w:sz w:val="24"/>
          <w:szCs w:val="24"/>
        </w:rPr>
        <w:t>eelname aan competities niet verplicht</w:t>
      </w:r>
      <w:r w:rsidRPr="000A2BBF">
        <w:rPr>
          <w:rFonts w:ascii="Calibri" w:eastAsia="Calibri" w:hAnsi="Calibri" w:cs="Arial"/>
          <w:sz w:val="24"/>
          <w:szCs w:val="24"/>
        </w:rPr>
        <w:t xml:space="preserve"> is</w:t>
      </w:r>
      <w:r w:rsidR="005E56E5" w:rsidRPr="000A2BBF">
        <w:rPr>
          <w:rFonts w:ascii="Calibri" w:eastAsia="Calibri" w:hAnsi="Calibri" w:cs="Arial"/>
          <w:sz w:val="24"/>
          <w:szCs w:val="24"/>
        </w:rPr>
        <w:t>.</w:t>
      </w:r>
    </w:p>
    <w:p w14:paraId="4208405B" w14:textId="05C9891A" w:rsidR="005E56E5" w:rsidRDefault="00151F94" w:rsidP="00F0235D">
      <w:pPr>
        <w:spacing w:after="160" w:line="240" w:lineRule="auto"/>
        <w:rPr>
          <w:rFonts w:ascii="Calibri" w:eastAsia="Calibri" w:hAnsi="Calibri" w:cs="Arial"/>
          <w:b/>
          <w:bCs/>
          <w:sz w:val="24"/>
          <w:szCs w:val="24"/>
          <w:u w:val="single"/>
        </w:rPr>
      </w:pPr>
      <w:r>
        <w:rPr>
          <w:rFonts w:ascii="Calibri" w:eastAsia="Calibri" w:hAnsi="Calibri" w:cs="Arial"/>
          <w:b/>
          <w:bCs/>
          <w:sz w:val="24"/>
          <w:szCs w:val="24"/>
          <w:u w:val="single"/>
        </w:rPr>
        <w:t xml:space="preserve">Artikel </w:t>
      </w:r>
      <w:r w:rsidR="002F0E60">
        <w:rPr>
          <w:rFonts w:ascii="Calibri" w:eastAsia="Calibri" w:hAnsi="Calibri" w:cs="Arial"/>
          <w:b/>
          <w:bCs/>
          <w:sz w:val="24"/>
          <w:szCs w:val="24"/>
          <w:u w:val="single"/>
        </w:rPr>
        <w:t>5</w:t>
      </w:r>
      <w:r>
        <w:rPr>
          <w:rFonts w:ascii="Calibri" w:eastAsia="Calibri" w:hAnsi="Calibri" w:cs="Arial"/>
          <w:b/>
          <w:bCs/>
          <w:sz w:val="24"/>
          <w:szCs w:val="24"/>
          <w:u w:val="single"/>
        </w:rPr>
        <w:t>. Procedure</w:t>
      </w:r>
    </w:p>
    <w:p w14:paraId="13989944" w14:textId="452193E0" w:rsidR="00151F94" w:rsidRDefault="00151F94" w:rsidP="00037B8B">
      <w:pPr>
        <w:rPr>
          <w:rFonts w:ascii="Calibri" w:eastAsia="Calibri" w:hAnsi="Calibri" w:cs="Arial"/>
          <w:sz w:val="24"/>
          <w:szCs w:val="24"/>
        </w:rPr>
      </w:pPr>
      <w:r>
        <w:rPr>
          <w:rFonts w:ascii="Calibri" w:eastAsia="Calibri" w:hAnsi="Calibri" w:cs="Arial"/>
          <w:sz w:val="24"/>
          <w:szCs w:val="24"/>
        </w:rPr>
        <w:t xml:space="preserve">§1. </w:t>
      </w:r>
      <w:r w:rsidR="00037B8B" w:rsidRPr="00102BC5">
        <w:rPr>
          <w:rFonts w:ascii="Calibri" w:eastAsia="Calibri" w:hAnsi="Calibri" w:cs="Arial"/>
          <w:sz w:val="24"/>
          <w:szCs w:val="24"/>
        </w:rPr>
        <w:t>Werkingssubsidies worden toegekend op basis van de werking van de vereniging tijdens het voorgaande werkjaar. Een werkjaar loopt van 1 juli tot en met 30 juni</w:t>
      </w:r>
      <w:r w:rsidR="00102BC5">
        <w:rPr>
          <w:rFonts w:ascii="Calibri" w:eastAsia="Calibri" w:hAnsi="Calibri" w:cs="Arial"/>
          <w:sz w:val="24"/>
          <w:szCs w:val="24"/>
        </w:rPr>
        <w:t xml:space="preserve"> van het jaar daaropvolgend</w:t>
      </w:r>
      <w:r w:rsidR="00037B8B" w:rsidRPr="00102BC5">
        <w:rPr>
          <w:rFonts w:ascii="Calibri" w:eastAsia="Calibri" w:hAnsi="Calibri" w:cs="Arial"/>
          <w:sz w:val="24"/>
          <w:szCs w:val="24"/>
        </w:rPr>
        <w:t xml:space="preserve">. </w:t>
      </w:r>
    </w:p>
    <w:p w14:paraId="43B74CE0" w14:textId="36CEB487" w:rsidR="00151F94" w:rsidRDefault="00151F94" w:rsidP="00151F94">
      <w:pPr>
        <w:rPr>
          <w:rFonts w:ascii="Calibri" w:eastAsia="Calibri" w:hAnsi="Calibri" w:cs="Arial"/>
          <w:sz w:val="24"/>
          <w:szCs w:val="24"/>
        </w:rPr>
      </w:pPr>
      <w:r>
        <w:rPr>
          <w:rFonts w:ascii="Calibri" w:eastAsia="Calibri" w:hAnsi="Calibri" w:cs="Arial"/>
          <w:sz w:val="24"/>
          <w:szCs w:val="24"/>
        </w:rPr>
        <w:t xml:space="preserve">§2. </w:t>
      </w:r>
      <w:r w:rsidR="00037B8B" w:rsidRPr="00151F94">
        <w:rPr>
          <w:rFonts w:ascii="Calibri" w:eastAsia="Calibri" w:hAnsi="Calibri" w:cs="Arial"/>
          <w:sz w:val="24"/>
          <w:szCs w:val="24"/>
        </w:rPr>
        <w:t xml:space="preserve">De vereniging dient haar aanvraag voor </w:t>
      </w:r>
      <w:r w:rsidR="00102BC5" w:rsidRPr="00151F94">
        <w:rPr>
          <w:rFonts w:ascii="Calibri" w:eastAsia="Calibri" w:hAnsi="Calibri" w:cs="Arial"/>
          <w:sz w:val="24"/>
          <w:szCs w:val="24"/>
        </w:rPr>
        <w:t xml:space="preserve">een </w:t>
      </w:r>
      <w:r w:rsidR="00037B8B" w:rsidRPr="00151F94">
        <w:rPr>
          <w:rFonts w:ascii="Calibri" w:eastAsia="Calibri" w:hAnsi="Calibri" w:cs="Arial"/>
          <w:sz w:val="24"/>
          <w:szCs w:val="24"/>
        </w:rPr>
        <w:t xml:space="preserve">werkingssubsidie voor het voorbije werkjaar in ten laatste op 1 augustus van het lopende werkjaar. </w:t>
      </w:r>
      <w:r>
        <w:rPr>
          <w:rFonts w:ascii="Calibri" w:eastAsia="Calibri" w:hAnsi="Calibri" w:cs="Arial"/>
          <w:sz w:val="24"/>
          <w:szCs w:val="24"/>
        </w:rPr>
        <w:t>Indien de aanvraag na deze datum – aldus na 1 augustus van de het lopende werkjaar word</w:t>
      </w:r>
      <w:r w:rsidR="007E6AAA">
        <w:rPr>
          <w:rFonts w:ascii="Calibri" w:eastAsia="Calibri" w:hAnsi="Calibri" w:cs="Arial"/>
          <w:sz w:val="24"/>
          <w:szCs w:val="24"/>
        </w:rPr>
        <w:t>t</w:t>
      </w:r>
      <w:r>
        <w:rPr>
          <w:rFonts w:ascii="Calibri" w:eastAsia="Calibri" w:hAnsi="Calibri" w:cs="Arial"/>
          <w:sz w:val="24"/>
          <w:szCs w:val="24"/>
        </w:rPr>
        <w:t xml:space="preserve"> ingediend – </w:t>
      </w:r>
      <w:r w:rsidR="00037B8B" w:rsidRPr="00151F94">
        <w:rPr>
          <w:rFonts w:ascii="Calibri" w:eastAsia="Calibri" w:hAnsi="Calibri" w:cs="Arial"/>
          <w:sz w:val="24"/>
          <w:szCs w:val="24"/>
        </w:rPr>
        <w:t xml:space="preserve"> </w:t>
      </w:r>
      <w:r>
        <w:rPr>
          <w:rFonts w:ascii="Calibri" w:eastAsia="Calibri" w:hAnsi="Calibri" w:cs="Arial"/>
          <w:sz w:val="24"/>
          <w:szCs w:val="24"/>
        </w:rPr>
        <w:t>wordt deze niet weerhouden en heeft de jeugdsportvereniging voor dat specifieke werkingsjaar geen recht op een werkingssubsidie.</w:t>
      </w:r>
    </w:p>
    <w:p w14:paraId="0F1DD30E" w14:textId="7A147598" w:rsidR="00151F94" w:rsidRPr="00361378" w:rsidRDefault="00151F94" w:rsidP="00151F94">
      <w:pPr>
        <w:rPr>
          <w:rFonts w:ascii="Calibri" w:eastAsia="Calibri" w:hAnsi="Calibri" w:cs="Arial"/>
          <w:sz w:val="24"/>
          <w:szCs w:val="24"/>
        </w:rPr>
      </w:pPr>
      <w:r>
        <w:rPr>
          <w:rFonts w:ascii="Calibri" w:eastAsia="Calibri" w:hAnsi="Calibri" w:cs="Arial"/>
          <w:sz w:val="24"/>
          <w:szCs w:val="24"/>
        </w:rPr>
        <w:t xml:space="preserve">§3. </w:t>
      </w:r>
      <w:r w:rsidR="00037B8B" w:rsidRPr="00151F94">
        <w:rPr>
          <w:rFonts w:ascii="Calibri" w:eastAsia="Calibri" w:hAnsi="Calibri" w:cs="Arial"/>
          <w:sz w:val="24"/>
          <w:szCs w:val="24"/>
        </w:rPr>
        <w:t xml:space="preserve">De aanvraag gebeurt op het daartoe voorziene aanvraagformulier </w:t>
      </w:r>
      <w:r w:rsidRPr="00151F94">
        <w:rPr>
          <w:rFonts w:ascii="Calibri" w:eastAsia="Calibri" w:hAnsi="Calibri" w:cs="Arial"/>
          <w:sz w:val="24"/>
          <w:szCs w:val="24"/>
        </w:rPr>
        <w:t xml:space="preserve">zoals omschreven in het reglement tot erkenning van sportverenigingen zoals goedgekeurd door de gemeenteraad ter zitting van </w:t>
      </w:r>
      <w:r w:rsidR="00361378" w:rsidRPr="00361378">
        <w:rPr>
          <w:rFonts w:ascii="Calibri" w:eastAsia="Calibri" w:hAnsi="Calibri" w:cs="Arial"/>
          <w:sz w:val="24"/>
          <w:szCs w:val="24"/>
        </w:rPr>
        <w:t>27/04/2020.</w:t>
      </w:r>
    </w:p>
    <w:p w14:paraId="1BEF821F" w14:textId="481187B2" w:rsidR="00151F94" w:rsidRPr="00151F94" w:rsidRDefault="00037B8B" w:rsidP="00151F94">
      <w:pPr>
        <w:rPr>
          <w:rFonts w:ascii="Calibri" w:eastAsia="Calibri" w:hAnsi="Calibri" w:cs="Arial"/>
          <w:sz w:val="24"/>
          <w:szCs w:val="24"/>
        </w:rPr>
      </w:pPr>
      <w:r w:rsidRPr="00CF1176">
        <w:rPr>
          <w:rFonts w:ascii="Calibri" w:eastAsia="Calibri" w:hAnsi="Calibri" w:cs="Arial"/>
          <w:sz w:val="24"/>
          <w:szCs w:val="24"/>
        </w:rPr>
        <w:t>Als onderdeel van de aanvraag wordt een</w:t>
      </w:r>
      <w:r w:rsidR="006C3C73">
        <w:rPr>
          <w:rFonts w:ascii="Calibri" w:eastAsia="Calibri" w:hAnsi="Calibri" w:cs="Arial"/>
          <w:sz w:val="24"/>
          <w:szCs w:val="24"/>
        </w:rPr>
        <w:t xml:space="preserve"> beveiligde</w:t>
      </w:r>
      <w:r w:rsidRPr="00CF1176">
        <w:rPr>
          <w:rFonts w:ascii="Calibri" w:eastAsia="Calibri" w:hAnsi="Calibri" w:cs="Arial"/>
          <w:sz w:val="24"/>
          <w:szCs w:val="24"/>
        </w:rPr>
        <w:t xml:space="preserve"> ledenlijst van de federatie </w:t>
      </w:r>
      <w:r w:rsidR="00151F94" w:rsidRPr="00CF1176">
        <w:rPr>
          <w:rFonts w:ascii="Calibri" w:eastAsia="Calibri" w:hAnsi="Calibri" w:cs="Arial"/>
          <w:sz w:val="24"/>
          <w:szCs w:val="24"/>
        </w:rPr>
        <w:t xml:space="preserve">(in Excel) </w:t>
      </w:r>
      <w:r w:rsidRPr="00CF1176">
        <w:rPr>
          <w:rFonts w:ascii="Calibri" w:eastAsia="Calibri" w:hAnsi="Calibri" w:cs="Arial"/>
          <w:sz w:val="24"/>
          <w:szCs w:val="24"/>
        </w:rPr>
        <w:t>met persoonsgegevens opgevraagd.</w:t>
      </w:r>
      <w:r w:rsidR="006C3C73">
        <w:rPr>
          <w:rStyle w:val="Voetnootmarkering"/>
          <w:rFonts w:ascii="Calibri" w:eastAsia="Calibri" w:hAnsi="Calibri" w:cs="Arial"/>
          <w:sz w:val="24"/>
          <w:szCs w:val="24"/>
        </w:rPr>
        <w:footnoteReference w:id="1"/>
      </w:r>
      <w:r w:rsidR="00102BC5" w:rsidRPr="00CF1176">
        <w:rPr>
          <w:rFonts w:ascii="Calibri" w:eastAsia="Calibri" w:hAnsi="Calibri" w:cs="Arial"/>
          <w:sz w:val="24"/>
          <w:szCs w:val="24"/>
        </w:rPr>
        <w:t xml:space="preserve"> </w:t>
      </w:r>
      <w:r w:rsidRPr="00CF1176">
        <w:rPr>
          <w:rFonts w:ascii="Calibri" w:eastAsia="Calibri" w:hAnsi="Calibri" w:cs="Arial"/>
          <w:sz w:val="24"/>
          <w:szCs w:val="24"/>
        </w:rPr>
        <w:t>Deze ledenlijst bevat minimum de voornaam, naam en geboortedatum</w:t>
      </w:r>
      <w:r w:rsidR="00151F94" w:rsidRPr="00CF1176">
        <w:rPr>
          <w:rFonts w:ascii="Calibri" w:eastAsia="Calibri" w:hAnsi="Calibri" w:cs="Arial"/>
          <w:sz w:val="24"/>
          <w:szCs w:val="24"/>
        </w:rPr>
        <w:t xml:space="preserve"> van de leden</w:t>
      </w:r>
      <w:r w:rsidRPr="00CF1176">
        <w:rPr>
          <w:rFonts w:ascii="Calibri" w:eastAsia="Calibri" w:hAnsi="Calibri" w:cs="Arial"/>
          <w:sz w:val="24"/>
          <w:szCs w:val="24"/>
        </w:rPr>
        <w:t>.</w:t>
      </w:r>
      <w:r w:rsidR="00F3103B">
        <w:rPr>
          <w:rFonts w:ascii="Calibri" w:eastAsia="Calibri" w:hAnsi="Calibri" w:cs="Arial"/>
          <w:sz w:val="24"/>
          <w:szCs w:val="24"/>
        </w:rPr>
        <w:t xml:space="preserve"> Er wordt een aparte lijst aangeleverd voor de G-sporters.</w:t>
      </w:r>
      <w:r w:rsidR="00151F94" w:rsidRPr="00CF1176">
        <w:rPr>
          <w:rFonts w:ascii="Calibri" w:eastAsia="Calibri" w:hAnsi="Calibri" w:cs="Arial"/>
          <w:sz w:val="24"/>
          <w:szCs w:val="24"/>
        </w:rPr>
        <w:t xml:space="preserve"> Daarnaast worden tevens de diploma’s van de</w:t>
      </w:r>
      <w:r w:rsidR="00151F94">
        <w:rPr>
          <w:rFonts w:ascii="Calibri" w:eastAsia="Calibri" w:hAnsi="Calibri" w:cs="Arial"/>
          <w:sz w:val="24"/>
          <w:szCs w:val="24"/>
        </w:rPr>
        <w:t xml:space="preserve"> jeugdtrainers aan de aanvraag gevoegd, alsook het t</w:t>
      </w:r>
      <w:r w:rsidR="00151F94" w:rsidRPr="00151F94">
        <w:rPr>
          <w:rFonts w:ascii="Calibri" w:eastAsia="Calibri" w:hAnsi="Calibri" w:cs="Arial"/>
          <w:sz w:val="24"/>
          <w:szCs w:val="24"/>
        </w:rPr>
        <w:t>rainingsschema met aanduiding van welke trainer verantwoordelijk is voor welke groep/team.</w:t>
      </w:r>
    </w:p>
    <w:p w14:paraId="6FB1B8C1" w14:textId="3AFDE575" w:rsidR="00037B8B" w:rsidRPr="00037B8B" w:rsidRDefault="00037B8B" w:rsidP="00037B8B">
      <w:pPr>
        <w:spacing w:after="160" w:line="240" w:lineRule="auto"/>
        <w:rPr>
          <w:rFonts w:ascii="Calibri" w:eastAsia="Calibri" w:hAnsi="Calibri" w:cs="Arial"/>
          <w:b/>
          <w:bCs/>
          <w:sz w:val="24"/>
          <w:szCs w:val="24"/>
          <w:u w:val="single"/>
        </w:rPr>
      </w:pPr>
      <w:r w:rsidRPr="00037B8B">
        <w:rPr>
          <w:rFonts w:ascii="Calibri" w:eastAsia="Calibri" w:hAnsi="Calibri" w:cs="Arial"/>
          <w:b/>
          <w:bCs/>
          <w:sz w:val="24"/>
          <w:szCs w:val="24"/>
          <w:u w:val="single"/>
        </w:rPr>
        <w:lastRenderedPageBreak/>
        <w:t>Artikel 6</w:t>
      </w:r>
      <w:r w:rsidR="00C7253C">
        <w:rPr>
          <w:rFonts w:ascii="Calibri" w:eastAsia="Calibri" w:hAnsi="Calibri" w:cs="Arial"/>
          <w:b/>
          <w:bCs/>
          <w:sz w:val="24"/>
          <w:szCs w:val="24"/>
          <w:u w:val="single"/>
        </w:rPr>
        <w:t>.</w:t>
      </w:r>
    </w:p>
    <w:p w14:paraId="1009AB25" w14:textId="2A814596" w:rsidR="00037B8B" w:rsidRDefault="008B0DF5" w:rsidP="00037B8B">
      <w:pPr>
        <w:rPr>
          <w:rFonts w:ascii="Calibri" w:eastAsia="Calibri" w:hAnsi="Calibri" w:cs="Arial"/>
          <w:sz w:val="24"/>
          <w:szCs w:val="24"/>
        </w:rPr>
      </w:pPr>
      <w:r>
        <w:rPr>
          <w:rFonts w:ascii="Calibri" w:eastAsia="Calibri" w:hAnsi="Calibri" w:cs="Arial"/>
          <w:sz w:val="24"/>
          <w:szCs w:val="24"/>
        </w:rPr>
        <w:t xml:space="preserve">§1. </w:t>
      </w:r>
      <w:r w:rsidR="00037B8B" w:rsidRPr="00102BC5">
        <w:rPr>
          <w:rFonts w:ascii="Calibri" w:eastAsia="Calibri" w:hAnsi="Calibri" w:cs="Arial"/>
          <w:sz w:val="24"/>
          <w:szCs w:val="24"/>
        </w:rPr>
        <w:t>Het college van burgemeester en schepenen wordt belast met de uitvoering van dit reglement.</w:t>
      </w:r>
    </w:p>
    <w:p w14:paraId="4ECF4E69" w14:textId="05239B05" w:rsidR="008B0DF5" w:rsidRDefault="008B0DF5" w:rsidP="00037B8B">
      <w:pPr>
        <w:rPr>
          <w:rFonts w:ascii="Calibri" w:eastAsia="Calibri" w:hAnsi="Calibri" w:cs="Arial"/>
          <w:sz w:val="24"/>
          <w:szCs w:val="24"/>
        </w:rPr>
      </w:pPr>
      <w:r>
        <w:rPr>
          <w:rFonts w:ascii="Calibri" w:eastAsia="Calibri" w:hAnsi="Calibri" w:cs="Arial"/>
          <w:sz w:val="24"/>
          <w:szCs w:val="24"/>
        </w:rPr>
        <w:t>§2. Het college van burgemeester en schepenen beslist verder over alle niet uitdrukkelijk in dit reglement voorziene gevallen, alsmede over alle betwistingen betreffende de toepassing ervan.</w:t>
      </w:r>
    </w:p>
    <w:p w14:paraId="56CA9C36" w14:textId="563B21E2" w:rsidR="00C343C5" w:rsidRPr="00C343C5" w:rsidRDefault="00C343C5" w:rsidP="00C343C5">
      <w:pPr>
        <w:rPr>
          <w:rFonts w:ascii="Calibri" w:eastAsia="Calibri" w:hAnsi="Calibri" w:cs="Arial"/>
          <w:sz w:val="24"/>
          <w:szCs w:val="24"/>
        </w:rPr>
      </w:pPr>
      <w:r w:rsidRPr="00C343C5">
        <w:rPr>
          <w:rFonts w:ascii="Calibri" w:eastAsia="Calibri" w:hAnsi="Calibri" w:cs="Arial"/>
          <w:sz w:val="24"/>
          <w:szCs w:val="24"/>
        </w:rPr>
        <w:t xml:space="preserve">Betwistingen moeten binnen één maand na kennisgeving van de beslissing over de </w:t>
      </w:r>
      <w:r>
        <w:rPr>
          <w:rFonts w:ascii="Calibri" w:eastAsia="Calibri" w:hAnsi="Calibri" w:cs="Arial"/>
          <w:sz w:val="24"/>
          <w:szCs w:val="24"/>
        </w:rPr>
        <w:t xml:space="preserve">al dan niet </w:t>
      </w:r>
      <w:r w:rsidRPr="00C343C5">
        <w:rPr>
          <w:rFonts w:ascii="Calibri" w:eastAsia="Calibri" w:hAnsi="Calibri" w:cs="Arial"/>
          <w:sz w:val="24"/>
          <w:szCs w:val="24"/>
        </w:rPr>
        <w:t>toekenning van de subsidie aan de aanvrager, per aangetekende brief of afgifte tegen ontvangstbewijs gericht worden aan het college van burgemeester en schepenen (Lekkerstraat 10, 3680 Maaseik). De postdatum of datum op het ontvangstbewijs gelden als bewijs.</w:t>
      </w:r>
    </w:p>
    <w:p w14:paraId="74766214" w14:textId="2A4E4770" w:rsidR="00037B8B" w:rsidRPr="00037B8B" w:rsidRDefault="00037B8B" w:rsidP="00037B8B">
      <w:pPr>
        <w:spacing w:after="160" w:line="240" w:lineRule="auto"/>
        <w:rPr>
          <w:rFonts w:ascii="Calibri" w:eastAsia="Calibri" w:hAnsi="Calibri" w:cs="Arial"/>
          <w:b/>
          <w:bCs/>
          <w:sz w:val="24"/>
          <w:szCs w:val="24"/>
          <w:u w:val="single"/>
        </w:rPr>
      </w:pPr>
      <w:r w:rsidRPr="00037B8B">
        <w:rPr>
          <w:rFonts w:ascii="Calibri" w:eastAsia="Calibri" w:hAnsi="Calibri" w:cs="Arial"/>
          <w:b/>
          <w:bCs/>
          <w:sz w:val="24"/>
          <w:szCs w:val="24"/>
          <w:u w:val="single"/>
        </w:rPr>
        <w:t>Artikel 7</w:t>
      </w:r>
      <w:r w:rsidR="00D4799E">
        <w:rPr>
          <w:rFonts w:ascii="Calibri" w:eastAsia="Calibri" w:hAnsi="Calibri" w:cs="Arial"/>
          <w:b/>
          <w:bCs/>
          <w:sz w:val="24"/>
          <w:szCs w:val="24"/>
          <w:u w:val="single"/>
        </w:rPr>
        <w:t>. Uitbetaling</w:t>
      </w:r>
    </w:p>
    <w:p w14:paraId="7C9D7EF1" w14:textId="1619F546" w:rsidR="00037B8B" w:rsidRPr="00102BC5" w:rsidRDefault="00037B8B" w:rsidP="00037B8B">
      <w:pPr>
        <w:rPr>
          <w:rFonts w:ascii="Calibri" w:eastAsia="Calibri" w:hAnsi="Calibri" w:cs="Arial"/>
          <w:sz w:val="24"/>
          <w:szCs w:val="24"/>
        </w:rPr>
      </w:pPr>
      <w:r w:rsidRPr="00102BC5">
        <w:rPr>
          <w:rFonts w:ascii="Calibri" w:eastAsia="Calibri" w:hAnsi="Calibri" w:cs="Arial"/>
          <w:sz w:val="24"/>
          <w:szCs w:val="24"/>
        </w:rPr>
        <w:t xml:space="preserve">De werkingssubsidies worden </w:t>
      </w:r>
      <w:r w:rsidR="00D4799E">
        <w:rPr>
          <w:rFonts w:ascii="Calibri" w:eastAsia="Calibri" w:hAnsi="Calibri" w:cs="Arial"/>
          <w:sz w:val="24"/>
          <w:szCs w:val="24"/>
        </w:rPr>
        <w:t>ten laatste op</w:t>
      </w:r>
      <w:r w:rsidRPr="00102BC5">
        <w:rPr>
          <w:rFonts w:ascii="Calibri" w:eastAsia="Calibri" w:hAnsi="Calibri" w:cs="Arial"/>
          <w:sz w:val="24"/>
          <w:szCs w:val="24"/>
        </w:rPr>
        <w:t xml:space="preserve"> 31 december van het lopende werkjaar uitbetaald.</w:t>
      </w:r>
    </w:p>
    <w:p w14:paraId="47684A96" w14:textId="6B0361E5" w:rsidR="00037B8B" w:rsidRDefault="00037B8B" w:rsidP="00037B8B">
      <w:pPr>
        <w:spacing w:after="160" w:line="240" w:lineRule="auto"/>
        <w:rPr>
          <w:rFonts w:ascii="Calibri" w:eastAsia="Calibri" w:hAnsi="Calibri" w:cs="Arial"/>
          <w:b/>
          <w:bCs/>
          <w:sz w:val="24"/>
          <w:szCs w:val="24"/>
          <w:u w:val="single"/>
        </w:rPr>
      </w:pPr>
      <w:r w:rsidRPr="00037B8B">
        <w:rPr>
          <w:rFonts w:ascii="Calibri" w:eastAsia="Calibri" w:hAnsi="Calibri" w:cs="Arial"/>
          <w:b/>
          <w:bCs/>
          <w:sz w:val="24"/>
          <w:szCs w:val="24"/>
          <w:u w:val="single"/>
        </w:rPr>
        <w:t xml:space="preserve">Artikel </w:t>
      </w:r>
      <w:r w:rsidR="002F0E60">
        <w:rPr>
          <w:rFonts w:ascii="Calibri" w:eastAsia="Calibri" w:hAnsi="Calibri" w:cs="Arial"/>
          <w:b/>
          <w:bCs/>
          <w:sz w:val="24"/>
          <w:szCs w:val="24"/>
          <w:u w:val="single"/>
        </w:rPr>
        <w:t>8</w:t>
      </w:r>
      <w:r w:rsidR="00D4799E">
        <w:rPr>
          <w:rFonts w:ascii="Calibri" w:eastAsia="Calibri" w:hAnsi="Calibri" w:cs="Arial"/>
          <w:b/>
          <w:bCs/>
          <w:sz w:val="24"/>
          <w:szCs w:val="24"/>
          <w:u w:val="single"/>
        </w:rPr>
        <w:t>. Categorieën van jeugdsportverenigingen</w:t>
      </w:r>
    </w:p>
    <w:p w14:paraId="4328CD9C" w14:textId="61189295" w:rsidR="00166D8E" w:rsidRPr="00037B8B" w:rsidRDefault="00166D8E" w:rsidP="00037B8B">
      <w:pPr>
        <w:spacing w:after="160" w:line="240" w:lineRule="auto"/>
        <w:rPr>
          <w:rFonts w:ascii="Calibri" w:eastAsia="Calibri" w:hAnsi="Calibri" w:cs="Arial"/>
          <w:b/>
          <w:bCs/>
          <w:sz w:val="24"/>
          <w:szCs w:val="24"/>
          <w:u w:val="single"/>
        </w:rPr>
      </w:pPr>
      <w:r>
        <w:rPr>
          <w:rFonts w:ascii="Calibri" w:eastAsia="Calibri" w:hAnsi="Calibri" w:cs="Arial"/>
          <w:b/>
          <w:bCs/>
          <w:sz w:val="24"/>
          <w:szCs w:val="24"/>
          <w:u w:val="single"/>
        </w:rPr>
        <w:t xml:space="preserve">Artikel. </w:t>
      </w:r>
      <w:r w:rsidR="002F0E60">
        <w:rPr>
          <w:rFonts w:ascii="Calibri" w:eastAsia="Calibri" w:hAnsi="Calibri" w:cs="Arial"/>
          <w:b/>
          <w:bCs/>
          <w:sz w:val="24"/>
          <w:szCs w:val="24"/>
          <w:u w:val="single"/>
        </w:rPr>
        <w:t>8</w:t>
      </w:r>
      <w:r>
        <w:rPr>
          <w:rFonts w:ascii="Calibri" w:eastAsia="Calibri" w:hAnsi="Calibri" w:cs="Arial"/>
          <w:b/>
          <w:bCs/>
          <w:sz w:val="24"/>
          <w:szCs w:val="24"/>
          <w:u w:val="single"/>
        </w:rPr>
        <w:t>.1. Basiswerkingssubsidie</w:t>
      </w:r>
    </w:p>
    <w:p w14:paraId="09B9A229" w14:textId="0EFDA046" w:rsidR="00037B8B" w:rsidRPr="00102BC5" w:rsidRDefault="003F1AC1" w:rsidP="0026196C">
      <w:pPr>
        <w:rPr>
          <w:rFonts w:ascii="Calibri" w:eastAsia="Calibri" w:hAnsi="Calibri" w:cs="Arial"/>
          <w:sz w:val="24"/>
          <w:szCs w:val="24"/>
        </w:rPr>
      </w:pPr>
      <w:r>
        <w:rPr>
          <w:rFonts w:ascii="Calibri" w:eastAsia="Calibri" w:hAnsi="Calibri" w:cs="Arial"/>
          <w:sz w:val="24"/>
          <w:szCs w:val="24"/>
        </w:rPr>
        <w:t>§1. De jeugdsportverenigingen worden ingedeeld per categorie gaande van categorie 1 tot categorie 6. D</w:t>
      </w:r>
      <w:r w:rsidR="00037B8B" w:rsidRPr="00102BC5">
        <w:rPr>
          <w:rFonts w:ascii="Calibri" w:eastAsia="Calibri" w:hAnsi="Calibri" w:cs="Arial"/>
          <w:sz w:val="24"/>
          <w:szCs w:val="24"/>
        </w:rPr>
        <w:t xml:space="preserve">e werkingssubsidie wordt bepaald door de categorie waartoe de jeugdsportvereniging behoort. </w:t>
      </w:r>
      <w:r>
        <w:rPr>
          <w:rFonts w:ascii="Calibri" w:eastAsia="Calibri" w:hAnsi="Calibri" w:cs="Arial"/>
          <w:b/>
          <w:bCs/>
          <w:sz w:val="24"/>
          <w:szCs w:val="24"/>
          <w:u w:val="single"/>
        </w:rPr>
        <w:br/>
      </w:r>
      <w:r>
        <w:rPr>
          <w:rFonts w:ascii="Calibri" w:eastAsia="Calibri" w:hAnsi="Calibri" w:cs="Arial"/>
          <w:sz w:val="24"/>
          <w:szCs w:val="24"/>
        </w:rPr>
        <w:t xml:space="preserve">§2. </w:t>
      </w:r>
      <w:r w:rsidR="00037B8B" w:rsidRPr="00102BC5">
        <w:rPr>
          <w:rFonts w:ascii="Calibri" w:eastAsia="Calibri" w:hAnsi="Calibri" w:cs="Arial"/>
          <w:sz w:val="24"/>
          <w:szCs w:val="24"/>
        </w:rPr>
        <w:t>Om in aanmerking te komen als gediplomeerde trainer, moet de vereniging minimum een erkend diploma initiator van de Vlaamse Trainersschool bezitten of gelijkgesteld door de assimilatietabel van de Vlaamse Trainersschool.</w:t>
      </w:r>
    </w:p>
    <w:p w14:paraId="165B8A73" w14:textId="20357EEA" w:rsidR="00037B8B" w:rsidRDefault="003F1AC1" w:rsidP="003F1AC1">
      <w:pPr>
        <w:spacing w:after="160" w:line="240" w:lineRule="auto"/>
        <w:rPr>
          <w:rFonts w:ascii="Calibri" w:eastAsia="Calibri" w:hAnsi="Calibri" w:cs="Arial"/>
          <w:sz w:val="24"/>
          <w:szCs w:val="24"/>
        </w:rPr>
      </w:pPr>
      <w:r w:rsidRPr="003F1AC1">
        <w:rPr>
          <w:rFonts w:ascii="Calibri" w:eastAsia="Calibri" w:hAnsi="Calibri" w:cs="Arial"/>
          <w:sz w:val="24"/>
          <w:szCs w:val="24"/>
        </w:rPr>
        <w:t>§3.</w:t>
      </w:r>
      <w:r w:rsidRPr="00082A35">
        <w:rPr>
          <w:rFonts w:ascii="Calibri" w:eastAsia="Calibri" w:hAnsi="Calibri" w:cs="Arial"/>
          <w:b/>
          <w:bCs/>
          <w:sz w:val="24"/>
          <w:szCs w:val="24"/>
        </w:rPr>
        <w:t xml:space="preserve"> </w:t>
      </w:r>
      <w:r w:rsidR="00037B8B" w:rsidRPr="00102BC5">
        <w:rPr>
          <w:rFonts w:ascii="Calibri" w:eastAsia="Calibri" w:hAnsi="Calibri" w:cs="Arial"/>
          <w:sz w:val="24"/>
          <w:szCs w:val="24"/>
        </w:rPr>
        <w:t>Een vereniging kan maar tot 1 categorie behoren.</w:t>
      </w:r>
    </w:p>
    <w:p w14:paraId="3028B857" w14:textId="7963BF5B" w:rsidR="0026196C" w:rsidRPr="00102BC5" w:rsidRDefault="003F1AC1" w:rsidP="0026196C">
      <w:pPr>
        <w:rPr>
          <w:rFonts w:ascii="Calibri" w:eastAsia="Calibri" w:hAnsi="Calibri" w:cs="Arial"/>
          <w:sz w:val="24"/>
          <w:szCs w:val="24"/>
        </w:rPr>
      </w:pPr>
      <w:r w:rsidRPr="00102BC5">
        <w:rPr>
          <w:rFonts w:ascii="Calibri" w:eastAsia="Calibri" w:hAnsi="Calibri" w:cs="Arial"/>
          <w:sz w:val="24"/>
          <w:szCs w:val="24"/>
        </w:rPr>
        <w:t xml:space="preserve">Om tot een bepaalde categorie te behoren, moet </w:t>
      </w:r>
      <w:r>
        <w:rPr>
          <w:rFonts w:ascii="Calibri" w:eastAsia="Calibri" w:hAnsi="Calibri" w:cs="Arial"/>
          <w:sz w:val="24"/>
          <w:szCs w:val="24"/>
        </w:rPr>
        <w:t xml:space="preserve">de jeugdsportvereniging </w:t>
      </w:r>
      <w:r w:rsidRPr="00102BC5">
        <w:rPr>
          <w:rFonts w:ascii="Calibri" w:eastAsia="Calibri" w:hAnsi="Calibri" w:cs="Arial"/>
          <w:sz w:val="24"/>
          <w:szCs w:val="24"/>
        </w:rPr>
        <w:t>aan alle voorwaarden van deze categorie vold</w:t>
      </w:r>
      <w:r>
        <w:rPr>
          <w:rFonts w:ascii="Calibri" w:eastAsia="Calibri" w:hAnsi="Calibri" w:cs="Arial"/>
          <w:sz w:val="24"/>
          <w:szCs w:val="24"/>
        </w:rPr>
        <w:t>oe</w:t>
      </w:r>
      <w:r w:rsidRPr="00102BC5">
        <w:rPr>
          <w:rFonts w:ascii="Calibri" w:eastAsia="Calibri" w:hAnsi="Calibri" w:cs="Arial"/>
          <w:sz w:val="24"/>
          <w:szCs w:val="24"/>
        </w:rPr>
        <w:t>n. Als er aan één of meer voorwaarden van een categorie niet wordt voldaan, valt de jeugdsportvereniging terug naar de vorige categorie.</w:t>
      </w:r>
      <w:r w:rsidR="0026196C">
        <w:rPr>
          <w:rFonts w:ascii="Calibri" w:eastAsia="Calibri" w:hAnsi="Calibri" w:cs="Arial"/>
          <w:sz w:val="24"/>
          <w:szCs w:val="24"/>
        </w:rPr>
        <w:br/>
      </w:r>
    </w:p>
    <w:p w14:paraId="78AB080E" w14:textId="2534AC63" w:rsidR="0026196C" w:rsidRDefault="0026196C" w:rsidP="003F1AC1">
      <w:pPr>
        <w:spacing w:after="160" w:line="240" w:lineRule="auto"/>
        <w:rPr>
          <w:rFonts w:ascii="Calibri" w:eastAsia="Calibri" w:hAnsi="Calibri" w:cs="Arial"/>
          <w:sz w:val="24"/>
          <w:szCs w:val="24"/>
        </w:rPr>
      </w:pPr>
    </w:p>
    <w:p w14:paraId="2C1CE100" w14:textId="6AF08740" w:rsidR="0026196C" w:rsidRDefault="0026196C">
      <w:pPr>
        <w:rPr>
          <w:rFonts w:ascii="Calibri" w:eastAsia="Calibri" w:hAnsi="Calibri" w:cs="Arial"/>
          <w:sz w:val="24"/>
          <w:szCs w:val="24"/>
        </w:rPr>
      </w:pPr>
      <w:r>
        <w:rPr>
          <w:rFonts w:ascii="Calibri" w:eastAsia="Calibri" w:hAnsi="Calibri" w:cs="Arial"/>
          <w:sz w:val="24"/>
          <w:szCs w:val="24"/>
        </w:rPr>
        <w:br w:type="page"/>
      </w:r>
    </w:p>
    <w:p w14:paraId="5F774818" w14:textId="77777777" w:rsidR="0026196C" w:rsidRPr="00102BC5" w:rsidRDefault="0026196C" w:rsidP="0026196C">
      <w:pPr>
        <w:rPr>
          <w:rFonts w:ascii="Calibri" w:eastAsia="Calibri" w:hAnsi="Calibri" w:cs="Arial"/>
          <w:sz w:val="24"/>
          <w:szCs w:val="24"/>
        </w:rPr>
      </w:pPr>
      <w:r>
        <w:rPr>
          <w:rFonts w:ascii="Calibri" w:eastAsia="Calibri" w:hAnsi="Calibri" w:cs="Arial"/>
          <w:sz w:val="24"/>
          <w:szCs w:val="24"/>
        </w:rPr>
        <w:lastRenderedPageBreak/>
        <w:t xml:space="preserve">De categorieën zijn als volgt: </w:t>
      </w:r>
    </w:p>
    <w:tbl>
      <w:tblPr>
        <w:tblStyle w:val="Tabelraster"/>
        <w:tblW w:w="10632" w:type="dxa"/>
        <w:tblInd w:w="-998" w:type="dxa"/>
        <w:tblLayout w:type="fixed"/>
        <w:tblLook w:val="04A0" w:firstRow="1" w:lastRow="0" w:firstColumn="1" w:lastColumn="0" w:noHBand="0" w:noVBand="1"/>
      </w:tblPr>
      <w:tblGrid>
        <w:gridCol w:w="2122"/>
        <w:gridCol w:w="1423"/>
        <w:gridCol w:w="1417"/>
        <w:gridCol w:w="1418"/>
        <w:gridCol w:w="1417"/>
        <w:gridCol w:w="1418"/>
        <w:gridCol w:w="1417"/>
      </w:tblGrid>
      <w:tr w:rsidR="0026196C" w:rsidRPr="00102BC5" w14:paraId="76B22E6F" w14:textId="77777777" w:rsidTr="004D1D5F">
        <w:tc>
          <w:tcPr>
            <w:tcW w:w="2122" w:type="dxa"/>
          </w:tcPr>
          <w:p w14:paraId="7E15B381" w14:textId="77777777" w:rsidR="0026196C" w:rsidRPr="00102BC5" w:rsidRDefault="0026196C" w:rsidP="004D1D5F">
            <w:pPr>
              <w:spacing w:after="200" w:line="276" w:lineRule="auto"/>
              <w:rPr>
                <w:rFonts w:ascii="Calibri" w:eastAsia="Calibri" w:hAnsi="Calibri" w:cs="Arial"/>
                <w:sz w:val="24"/>
                <w:szCs w:val="24"/>
              </w:rPr>
            </w:pPr>
          </w:p>
        </w:tc>
        <w:tc>
          <w:tcPr>
            <w:tcW w:w="1423" w:type="dxa"/>
          </w:tcPr>
          <w:p w14:paraId="2194668F"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Categorie 1</w:t>
            </w:r>
          </w:p>
        </w:tc>
        <w:tc>
          <w:tcPr>
            <w:tcW w:w="1417" w:type="dxa"/>
          </w:tcPr>
          <w:p w14:paraId="552F37D1"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Categorie 2</w:t>
            </w:r>
          </w:p>
        </w:tc>
        <w:tc>
          <w:tcPr>
            <w:tcW w:w="1418" w:type="dxa"/>
          </w:tcPr>
          <w:p w14:paraId="0F7D2BCA"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Categorie 3</w:t>
            </w:r>
          </w:p>
        </w:tc>
        <w:tc>
          <w:tcPr>
            <w:tcW w:w="1417" w:type="dxa"/>
          </w:tcPr>
          <w:p w14:paraId="50059636"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Categorie 4</w:t>
            </w:r>
          </w:p>
        </w:tc>
        <w:tc>
          <w:tcPr>
            <w:tcW w:w="1418" w:type="dxa"/>
          </w:tcPr>
          <w:p w14:paraId="01606771"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Categorie 5</w:t>
            </w:r>
          </w:p>
        </w:tc>
        <w:tc>
          <w:tcPr>
            <w:tcW w:w="1417" w:type="dxa"/>
          </w:tcPr>
          <w:p w14:paraId="6A6D1B03"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Categorie 6</w:t>
            </w:r>
          </w:p>
        </w:tc>
      </w:tr>
      <w:tr w:rsidR="0026196C" w:rsidRPr="00102BC5" w14:paraId="3786B6B6" w14:textId="77777777" w:rsidTr="004D1D5F">
        <w:tc>
          <w:tcPr>
            <w:tcW w:w="2122" w:type="dxa"/>
          </w:tcPr>
          <w:p w14:paraId="2CAC56A8"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Aantal jeugdleden</w:t>
            </w:r>
          </w:p>
        </w:tc>
        <w:tc>
          <w:tcPr>
            <w:tcW w:w="1423" w:type="dxa"/>
          </w:tcPr>
          <w:p w14:paraId="6A852818"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&lt;10</w:t>
            </w:r>
          </w:p>
        </w:tc>
        <w:tc>
          <w:tcPr>
            <w:tcW w:w="1417" w:type="dxa"/>
          </w:tcPr>
          <w:p w14:paraId="11602259"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10-20</w:t>
            </w:r>
          </w:p>
        </w:tc>
        <w:tc>
          <w:tcPr>
            <w:tcW w:w="1418" w:type="dxa"/>
          </w:tcPr>
          <w:p w14:paraId="30126CF3"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21-50</w:t>
            </w:r>
          </w:p>
        </w:tc>
        <w:tc>
          <w:tcPr>
            <w:tcW w:w="1417" w:type="dxa"/>
          </w:tcPr>
          <w:p w14:paraId="4DEA7E18"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51-100</w:t>
            </w:r>
          </w:p>
        </w:tc>
        <w:tc>
          <w:tcPr>
            <w:tcW w:w="1418" w:type="dxa"/>
          </w:tcPr>
          <w:p w14:paraId="37F43410"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101-150</w:t>
            </w:r>
          </w:p>
        </w:tc>
        <w:tc>
          <w:tcPr>
            <w:tcW w:w="1417" w:type="dxa"/>
          </w:tcPr>
          <w:p w14:paraId="2E7E1F62"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151-…</w:t>
            </w:r>
          </w:p>
        </w:tc>
      </w:tr>
      <w:tr w:rsidR="0026196C" w:rsidRPr="00102BC5" w14:paraId="3F5D5E45" w14:textId="77777777" w:rsidTr="004D1D5F">
        <w:tc>
          <w:tcPr>
            <w:tcW w:w="2122" w:type="dxa"/>
          </w:tcPr>
          <w:p w14:paraId="461C423A"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Aparte training voor jeugd</w:t>
            </w:r>
          </w:p>
        </w:tc>
        <w:tc>
          <w:tcPr>
            <w:tcW w:w="1423" w:type="dxa"/>
          </w:tcPr>
          <w:p w14:paraId="45258A4E" w14:textId="77777777" w:rsidR="0026196C" w:rsidRPr="00102BC5" w:rsidRDefault="0026196C" w:rsidP="004D1D5F">
            <w:pPr>
              <w:spacing w:after="200" w:line="276" w:lineRule="auto"/>
              <w:rPr>
                <w:rFonts w:ascii="Calibri" w:eastAsia="Calibri" w:hAnsi="Calibri" w:cs="Arial"/>
                <w:sz w:val="24"/>
                <w:szCs w:val="24"/>
              </w:rPr>
            </w:pPr>
          </w:p>
        </w:tc>
        <w:tc>
          <w:tcPr>
            <w:tcW w:w="1417" w:type="dxa"/>
          </w:tcPr>
          <w:p w14:paraId="4C37A701"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c>
          <w:tcPr>
            <w:tcW w:w="1418" w:type="dxa"/>
          </w:tcPr>
          <w:p w14:paraId="0E0EB4F2"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c>
          <w:tcPr>
            <w:tcW w:w="1417" w:type="dxa"/>
          </w:tcPr>
          <w:p w14:paraId="65406AC0"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c>
          <w:tcPr>
            <w:tcW w:w="1418" w:type="dxa"/>
          </w:tcPr>
          <w:p w14:paraId="734C227C"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c>
          <w:tcPr>
            <w:tcW w:w="1417" w:type="dxa"/>
          </w:tcPr>
          <w:p w14:paraId="4AD3EDFA" w14:textId="77777777" w:rsidR="0026196C" w:rsidRPr="00102BC5" w:rsidRDefault="0026196C" w:rsidP="004D1D5F">
            <w:pPr>
              <w:spacing w:after="200" w:line="276" w:lineRule="auto"/>
              <w:rPr>
                <w:rFonts w:ascii="Calibri" w:eastAsia="Calibri" w:hAnsi="Calibri" w:cs="Arial"/>
                <w:sz w:val="24"/>
                <w:szCs w:val="24"/>
              </w:rPr>
            </w:pPr>
            <w:r>
              <w:rPr>
                <w:rFonts w:ascii="Calibri" w:eastAsia="Calibri" w:hAnsi="Calibri" w:cs="Arial"/>
                <w:sz w:val="24"/>
                <w:szCs w:val="24"/>
              </w:rPr>
              <w:t>X</w:t>
            </w:r>
          </w:p>
        </w:tc>
      </w:tr>
      <w:tr w:rsidR="0026196C" w:rsidRPr="00102BC5" w14:paraId="1CEFA159" w14:textId="77777777" w:rsidTr="004D1D5F">
        <w:tc>
          <w:tcPr>
            <w:tcW w:w="2122" w:type="dxa"/>
          </w:tcPr>
          <w:p w14:paraId="7BF65DB8" w14:textId="4817A39F"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 xml:space="preserve">Jeugdwerking minimum </w:t>
            </w:r>
            <w:r w:rsidR="00A55D73">
              <w:rPr>
                <w:rFonts w:ascii="Calibri" w:eastAsia="Calibri" w:hAnsi="Calibri" w:cs="Arial"/>
                <w:sz w:val="24"/>
                <w:szCs w:val="24"/>
              </w:rPr>
              <w:t>2</w:t>
            </w:r>
            <w:r w:rsidRPr="00102BC5">
              <w:rPr>
                <w:rFonts w:ascii="Calibri" w:eastAsia="Calibri" w:hAnsi="Calibri" w:cs="Arial"/>
                <w:sz w:val="24"/>
                <w:szCs w:val="24"/>
              </w:rPr>
              <w:t>0 weken/jaar</w:t>
            </w:r>
          </w:p>
        </w:tc>
        <w:tc>
          <w:tcPr>
            <w:tcW w:w="1423" w:type="dxa"/>
          </w:tcPr>
          <w:p w14:paraId="3576682F" w14:textId="77777777" w:rsidR="0026196C" w:rsidRPr="00102BC5" w:rsidRDefault="0026196C" w:rsidP="004D1D5F">
            <w:pPr>
              <w:spacing w:after="200" w:line="276" w:lineRule="auto"/>
              <w:rPr>
                <w:rFonts w:ascii="Calibri" w:eastAsia="Calibri" w:hAnsi="Calibri" w:cs="Arial"/>
                <w:sz w:val="24"/>
                <w:szCs w:val="24"/>
              </w:rPr>
            </w:pPr>
          </w:p>
        </w:tc>
        <w:tc>
          <w:tcPr>
            <w:tcW w:w="1417" w:type="dxa"/>
          </w:tcPr>
          <w:p w14:paraId="1A87B528"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c>
          <w:tcPr>
            <w:tcW w:w="1418" w:type="dxa"/>
          </w:tcPr>
          <w:p w14:paraId="633D9074"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c>
          <w:tcPr>
            <w:tcW w:w="1417" w:type="dxa"/>
          </w:tcPr>
          <w:p w14:paraId="4BDB9293"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c>
          <w:tcPr>
            <w:tcW w:w="1418" w:type="dxa"/>
          </w:tcPr>
          <w:p w14:paraId="4192E27A" w14:textId="77777777" w:rsidR="0026196C" w:rsidRPr="00102BC5" w:rsidRDefault="0026196C" w:rsidP="004D1D5F">
            <w:pPr>
              <w:spacing w:after="200" w:line="276" w:lineRule="auto"/>
              <w:rPr>
                <w:rFonts w:ascii="Calibri" w:eastAsia="Calibri" w:hAnsi="Calibri" w:cs="Arial"/>
                <w:sz w:val="24"/>
                <w:szCs w:val="24"/>
              </w:rPr>
            </w:pPr>
            <w:r>
              <w:rPr>
                <w:rFonts w:ascii="Calibri" w:eastAsia="Calibri" w:hAnsi="Calibri" w:cs="Arial"/>
                <w:sz w:val="24"/>
                <w:szCs w:val="24"/>
              </w:rPr>
              <w:t>X</w:t>
            </w:r>
          </w:p>
        </w:tc>
        <w:tc>
          <w:tcPr>
            <w:tcW w:w="1417" w:type="dxa"/>
          </w:tcPr>
          <w:p w14:paraId="3B072A54"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r>
      <w:tr w:rsidR="0026196C" w:rsidRPr="00102BC5" w14:paraId="09FAEFFC" w14:textId="77777777" w:rsidTr="004D1D5F">
        <w:tc>
          <w:tcPr>
            <w:tcW w:w="2122" w:type="dxa"/>
          </w:tcPr>
          <w:p w14:paraId="300D9C17"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Minimum een recreatief aanbod</w:t>
            </w:r>
          </w:p>
        </w:tc>
        <w:tc>
          <w:tcPr>
            <w:tcW w:w="1423" w:type="dxa"/>
          </w:tcPr>
          <w:p w14:paraId="1529E025" w14:textId="77777777" w:rsidR="0026196C" w:rsidRPr="00102BC5" w:rsidRDefault="0026196C" w:rsidP="004D1D5F">
            <w:pPr>
              <w:spacing w:after="200" w:line="276" w:lineRule="auto"/>
              <w:rPr>
                <w:rFonts w:ascii="Calibri" w:eastAsia="Calibri" w:hAnsi="Calibri" w:cs="Arial"/>
                <w:sz w:val="24"/>
                <w:szCs w:val="24"/>
              </w:rPr>
            </w:pPr>
          </w:p>
        </w:tc>
        <w:tc>
          <w:tcPr>
            <w:tcW w:w="1417" w:type="dxa"/>
          </w:tcPr>
          <w:p w14:paraId="0288B15B"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c>
          <w:tcPr>
            <w:tcW w:w="1418" w:type="dxa"/>
          </w:tcPr>
          <w:p w14:paraId="51088F3A"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c>
          <w:tcPr>
            <w:tcW w:w="1417" w:type="dxa"/>
          </w:tcPr>
          <w:p w14:paraId="506B937E"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c>
          <w:tcPr>
            <w:tcW w:w="1418" w:type="dxa"/>
          </w:tcPr>
          <w:p w14:paraId="4A061713"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c>
          <w:tcPr>
            <w:tcW w:w="1417" w:type="dxa"/>
          </w:tcPr>
          <w:p w14:paraId="66B0069F"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r>
      <w:tr w:rsidR="0026196C" w:rsidRPr="00102BC5" w14:paraId="7603A614" w14:textId="77777777" w:rsidTr="004D1D5F">
        <w:tc>
          <w:tcPr>
            <w:tcW w:w="2122" w:type="dxa"/>
          </w:tcPr>
          <w:p w14:paraId="7AD55170"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Alle jeugdtrainingen onder begeleiding van trainer</w:t>
            </w:r>
          </w:p>
        </w:tc>
        <w:tc>
          <w:tcPr>
            <w:tcW w:w="1423" w:type="dxa"/>
          </w:tcPr>
          <w:p w14:paraId="64A22D0C" w14:textId="77777777" w:rsidR="0026196C" w:rsidRPr="00102BC5" w:rsidRDefault="0026196C" w:rsidP="004D1D5F">
            <w:pPr>
              <w:spacing w:after="200" w:line="276" w:lineRule="auto"/>
              <w:rPr>
                <w:rFonts w:ascii="Calibri" w:eastAsia="Calibri" w:hAnsi="Calibri" w:cs="Arial"/>
                <w:sz w:val="24"/>
                <w:szCs w:val="24"/>
              </w:rPr>
            </w:pPr>
          </w:p>
        </w:tc>
        <w:tc>
          <w:tcPr>
            <w:tcW w:w="1417" w:type="dxa"/>
          </w:tcPr>
          <w:p w14:paraId="3CA70CD6"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c>
          <w:tcPr>
            <w:tcW w:w="1418" w:type="dxa"/>
          </w:tcPr>
          <w:p w14:paraId="6FA441A9"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c>
          <w:tcPr>
            <w:tcW w:w="1417" w:type="dxa"/>
          </w:tcPr>
          <w:p w14:paraId="0B77DB05"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c>
          <w:tcPr>
            <w:tcW w:w="1418" w:type="dxa"/>
          </w:tcPr>
          <w:p w14:paraId="101A1494"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X</w:t>
            </w:r>
          </w:p>
        </w:tc>
        <w:tc>
          <w:tcPr>
            <w:tcW w:w="1417" w:type="dxa"/>
          </w:tcPr>
          <w:p w14:paraId="5394295D" w14:textId="77777777" w:rsidR="0026196C" w:rsidRPr="00102BC5" w:rsidRDefault="0026196C" w:rsidP="004D1D5F">
            <w:pPr>
              <w:spacing w:after="200" w:line="276" w:lineRule="auto"/>
              <w:rPr>
                <w:rFonts w:ascii="Calibri" w:eastAsia="Calibri" w:hAnsi="Calibri" w:cs="Arial"/>
                <w:sz w:val="24"/>
                <w:szCs w:val="24"/>
              </w:rPr>
            </w:pPr>
            <w:r>
              <w:rPr>
                <w:rFonts w:ascii="Calibri" w:eastAsia="Calibri" w:hAnsi="Calibri" w:cs="Arial"/>
                <w:sz w:val="24"/>
                <w:szCs w:val="24"/>
              </w:rPr>
              <w:t>X</w:t>
            </w:r>
          </w:p>
        </w:tc>
      </w:tr>
      <w:tr w:rsidR="0026196C" w:rsidRPr="00102BC5" w14:paraId="253961FA" w14:textId="77777777" w:rsidTr="004D1D5F">
        <w:tc>
          <w:tcPr>
            <w:tcW w:w="2122" w:type="dxa"/>
          </w:tcPr>
          <w:p w14:paraId="0507508B"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Gediplomeerde jeugdtrainer(s) met min. trainersdiploma initiator</w:t>
            </w:r>
          </w:p>
        </w:tc>
        <w:tc>
          <w:tcPr>
            <w:tcW w:w="1423" w:type="dxa"/>
          </w:tcPr>
          <w:p w14:paraId="04A9A0F8" w14:textId="77777777" w:rsidR="0026196C" w:rsidRPr="00102BC5" w:rsidRDefault="0026196C" w:rsidP="004D1D5F">
            <w:pPr>
              <w:spacing w:after="200" w:line="276" w:lineRule="auto"/>
              <w:rPr>
                <w:rFonts w:ascii="Calibri" w:eastAsia="Calibri" w:hAnsi="Calibri" w:cs="Arial"/>
                <w:sz w:val="24"/>
                <w:szCs w:val="24"/>
              </w:rPr>
            </w:pPr>
          </w:p>
        </w:tc>
        <w:tc>
          <w:tcPr>
            <w:tcW w:w="1417" w:type="dxa"/>
          </w:tcPr>
          <w:p w14:paraId="7A90ED9B" w14:textId="77777777" w:rsidR="0026196C" w:rsidRPr="00102BC5" w:rsidRDefault="0026196C" w:rsidP="004D1D5F">
            <w:pPr>
              <w:spacing w:after="200" w:line="276" w:lineRule="auto"/>
              <w:rPr>
                <w:rFonts w:ascii="Calibri" w:eastAsia="Calibri" w:hAnsi="Calibri" w:cs="Arial"/>
                <w:sz w:val="24"/>
                <w:szCs w:val="24"/>
              </w:rPr>
            </w:pPr>
          </w:p>
        </w:tc>
        <w:tc>
          <w:tcPr>
            <w:tcW w:w="1418" w:type="dxa"/>
          </w:tcPr>
          <w:p w14:paraId="24F85742"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 xml:space="preserve">Minimum 1 </w:t>
            </w:r>
          </w:p>
        </w:tc>
        <w:tc>
          <w:tcPr>
            <w:tcW w:w="1417" w:type="dxa"/>
          </w:tcPr>
          <w:p w14:paraId="663853DE"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 xml:space="preserve">Minimum 2   </w:t>
            </w:r>
          </w:p>
          <w:p w14:paraId="19F66423" w14:textId="77777777" w:rsidR="0026196C" w:rsidRPr="00102BC5" w:rsidRDefault="0026196C" w:rsidP="004D1D5F">
            <w:pPr>
              <w:spacing w:after="200" w:line="276" w:lineRule="auto"/>
              <w:rPr>
                <w:rFonts w:ascii="Calibri" w:eastAsia="Calibri" w:hAnsi="Calibri" w:cs="Arial"/>
                <w:sz w:val="24"/>
                <w:szCs w:val="24"/>
              </w:rPr>
            </w:pPr>
          </w:p>
        </w:tc>
        <w:tc>
          <w:tcPr>
            <w:tcW w:w="1418" w:type="dxa"/>
          </w:tcPr>
          <w:p w14:paraId="1C6C4931"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 xml:space="preserve">Minimum 4  </w:t>
            </w:r>
          </w:p>
        </w:tc>
        <w:tc>
          <w:tcPr>
            <w:tcW w:w="1417" w:type="dxa"/>
          </w:tcPr>
          <w:p w14:paraId="0140924E"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 xml:space="preserve">Minimum 5  </w:t>
            </w:r>
          </w:p>
        </w:tc>
      </w:tr>
      <w:tr w:rsidR="0026196C" w:rsidRPr="00102BC5" w14:paraId="696B4C34" w14:textId="77777777" w:rsidTr="004D1D5F">
        <w:tc>
          <w:tcPr>
            <w:tcW w:w="2122" w:type="dxa"/>
          </w:tcPr>
          <w:p w14:paraId="25706AAC"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Max aantal bonustrainers mits min. trainersdiploma initiator</w:t>
            </w:r>
          </w:p>
        </w:tc>
        <w:tc>
          <w:tcPr>
            <w:tcW w:w="1423" w:type="dxa"/>
          </w:tcPr>
          <w:p w14:paraId="64B905F6" w14:textId="77777777" w:rsidR="0026196C" w:rsidRPr="00102BC5" w:rsidRDefault="0026196C" w:rsidP="004D1D5F">
            <w:pPr>
              <w:spacing w:after="200" w:line="276" w:lineRule="auto"/>
              <w:rPr>
                <w:rFonts w:ascii="Calibri" w:eastAsia="Calibri" w:hAnsi="Calibri" w:cs="Arial"/>
                <w:sz w:val="24"/>
                <w:szCs w:val="24"/>
              </w:rPr>
            </w:pPr>
          </w:p>
        </w:tc>
        <w:tc>
          <w:tcPr>
            <w:tcW w:w="1417" w:type="dxa"/>
          </w:tcPr>
          <w:p w14:paraId="29269CC7" w14:textId="77777777" w:rsidR="0026196C" w:rsidRPr="00102BC5" w:rsidRDefault="0026196C" w:rsidP="004D1D5F">
            <w:pPr>
              <w:spacing w:after="200" w:line="276" w:lineRule="auto"/>
              <w:rPr>
                <w:rFonts w:ascii="Calibri" w:eastAsia="Calibri" w:hAnsi="Calibri" w:cs="Arial"/>
                <w:sz w:val="24"/>
                <w:szCs w:val="24"/>
              </w:rPr>
            </w:pPr>
          </w:p>
        </w:tc>
        <w:tc>
          <w:tcPr>
            <w:tcW w:w="1418" w:type="dxa"/>
          </w:tcPr>
          <w:p w14:paraId="49593763"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1</w:t>
            </w:r>
          </w:p>
        </w:tc>
        <w:tc>
          <w:tcPr>
            <w:tcW w:w="1417" w:type="dxa"/>
          </w:tcPr>
          <w:p w14:paraId="7EAEBA89"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2</w:t>
            </w:r>
          </w:p>
        </w:tc>
        <w:tc>
          <w:tcPr>
            <w:tcW w:w="1418" w:type="dxa"/>
          </w:tcPr>
          <w:p w14:paraId="1037175A"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4</w:t>
            </w:r>
          </w:p>
        </w:tc>
        <w:tc>
          <w:tcPr>
            <w:tcW w:w="1417" w:type="dxa"/>
          </w:tcPr>
          <w:p w14:paraId="2C879BA8"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5</w:t>
            </w:r>
          </w:p>
        </w:tc>
      </w:tr>
      <w:tr w:rsidR="0026196C" w:rsidRPr="00102BC5" w14:paraId="5FB721D3" w14:textId="77777777" w:rsidTr="004D1D5F">
        <w:tc>
          <w:tcPr>
            <w:tcW w:w="2122" w:type="dxa"/>
          </w:tcPr>
          <w:p w14:paraId="54574E5E"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Werkingssubsidie</w:t>
            </w:r>
          </w:p>
        </w:tc>
        <w:tc>
          <w:tcPr>
            <w:tcW w:w="1423" w:type="dxa"/>
          </w:tcPr>
          <w:p w14:paraId="34664012"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€0,00</w:t>
            </w:r>
          </w:p>
        </w:tc>
        <w:tc>
          <w:tcPr>
            <w:tcW w:w="1417" w:type="dxa"/>
          </w:tcPr>
          <w:p w14:paraId="51B4B6CC"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€250,00</w:t>
            </w:r>
          </w:p>
        </w:tc>
        <w:tc>
          <w:tcPr>
            <w:tcW w:w="1418" w:type="dxa"/>
          </w:tcPr>
          <w:p w14:paraId="1CD59C29"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€1.000,00</w:t>
            </w:r>
          </w:p>
        </w:tc>
        <w:tc>
          <w:tcPr>
            <w:tcW w:w="1417" w:type="dxa"/>
          </w:tcPr>
          <w:p w14:paraId="49D48186"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€1.600,00</w:t>
            </w:r>
          </w:p>
        </w:tc>
        <w:tc>
          <w:tcPr>
            <w:tcW w:w="1418" w:type="dxa"/>
          </w:tcPr>
          <w:p w14:paraId="7879C718"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€2.850,00</w:t>
            </w:r>
          </w:p>
        </w:tc>
        <w:tc>
          <w:tcPr>
            <w:tcW w:w="1417" w:type="dxa"/>
          </w:tcPr>
          <w:p w14:paraId="72D7E69E" w14:textId="77777777" w:rsidR="0026196C" w:rsidRPr="00102BC5" w:rsidRDefault="0026196C" w:rsidP="004D1D5F">
            <w:pPr>
              <w:spacing w:after="200" w:line="276" w:lineRule="auto"/>
              <w:rPr>
                <w:rFonts w:ascii="Calibri" w:eastAsia="Calibri" w:hAnsi="Calibri" w:cs="Arial"/>
                <w:sz w:val="24"/>
                <w:szCs w:val="24"/>
              </w:rPr>
            </w:pPr>
            <w:r w:rsidRPr="00102BC5">
              <w:rPr>
                <w:rFonts w:ascii="Calibri" w:eastAsia="Calibri" w:hAnsi="Calibri" w:cs="Arial"/>
                <w:sz w:val="24"/>
                <w:szCs w:val="24"/>
              </w:rPr>
              <w:t>€3.400,00</w:t>
            </w:r>
          </w:p>
        </w:tc>
      </w:tr>
    </w:tbl>
    <w:p w14:paraId="0B949DD2" w14:textId="23ADCC42" w:rsidR="0026196C" w:rsidRDefault="0026196C" w:rsidP="003F1AC1">
      <w:pPr>
        <w:spacing w:after="160" w:line="240" w:lineRule="auto"/>
        <w:rPr>
          <w:rFonts w:ascii="Calibri" w:eastAsia="Calibri" w:hAnsi="Calibri" w:cs="Arial"/>
          <w:sz w:val="24"/>
          <w:szCs w:val="24"/>
        </w:rPr>
      </w:pPr>
      <w:r>
        <w:rPr>
          <w:rFonts w:ascii="Calibri" w:eastAsia="Calibri" w:hAnsi="Calibri" w:cs="Arial"/>
          <w:b/>
          <w:bCs/>
          <w:sz w:val="24"/>
          <w:szCs w:val="24"/>
          <w:u w:val="single"/>
        </w:rPr>
        <w:br/>
      </w:r>
    </w:p>
    <w:p w14:paraId="5D81C1E9" w14:textId="77777777" w:rsidR="0026196C" w:rsidRDefault="0026196C">
      <w:pPr>
        <w:rPr>
          <w:rFonts w:ascii="Calibri" w:eastAsia="Calibri" w:hAnsi="Calibri" w:cs="Arial"/>
          <w:sz w:val="24"/>
          <w:szCs w:val="24"/>
        </w:rPr>
      </w:pPr>
      <w:r>
        <w:rPr>
          <w:rFonts w:ascii="Calibri" w:eastAsia="Calibri" w:hAnsi="Calibri" w:cs="Arial"/>
          <w:sz w:val="24"/>
          <w:szCs w:val="24"/>
        </w:rPr>
        <w:br w:type="page"/>
      </w:r>
    </w:p>
    <w:p w14:paraId="05B2E7E5" w14:textId="00065C63" w:rsidR="00166D8E" w:rsidRPr="00166D8E" w:rsidRDefault="00166D8E" w:rsidP="003F1AC1">
      <w:pPr>
        <w:spacing w:after="160" w:line="240" w:lineRule="auto"/>
        <w:rPr>
          <w:rFonts w:ascii="Calibri" w:eastAsia="Calibri" w:hAnsi="Calibri" w:cs="Arial"/>
          <w:b/>
          <w:bCs/>
          <w:sz w:val="24"/>
          <w:szCs w:val="24"/>
          <w:u w:val="single"/>
        </w:rPr>
      </w:pPr>
      <w:r w:rsidRPr="00166D8E">
        <w:rPr>
          <w:rFonts w:ascii="Calibri" w:eastAsia="Calibri" w:hAnsi="Calibri" w:cs="Arial"/>
          <w:b/>
          <w:bCs/>
          <w:sz w:val="24"/>
          <w:szCs w:val="24"/>
          <w:u w:val="single"/>
        </w:rPr>
        <w:lastRenderedPageBreak/>
        <w:t xml:space="preserve">Artikel </w:t>
      </w:r>
      <w:r w:rsidR="002F0E60">
        <w:rPr>
          <w:rFonts w:ascii="Calibri" w:eastAsia="Calibri" w:hAnsi="Calibri" w:cs="Arial"/>
          <w:b/>
          <w:bCs/>
          <w:sz w:val="24"/>
          <w:szCs w:val="24"/>
          <w:u w:val="single"/>
        </w:rPr>
        <w:t>8</w:t>
      </w:r>
      <w:r w:rsidRPr="00166D8E">
        <w:rPr>
          <w:rFonts w:ascii="Calibri" w:eastAsia="Calibri" w:hAnsi="Calibri" w:cs="Arial"/>
          <w:b/>
          <w:bCs/>
          <w:sz w:val="24"/>
          <w:szCs w:val="24"/>
          <w:u w:val="single"/>
        </w:rPr>
        <w:t>.2. Bonuswerkingssubsidie</w:t>
      </w:r>
    </w:p>
    <w:p w14:paraId="3FDDC6C9" w14:textId="17707ECE" w:rsidR="00037B8B" w:rsidRPr="00102BC5" w:rsidRDefault="00166D8E" w:rsidP="00037B8B">
      <w:pPr>
        <w:rPr>
          <w:rFonts w:ascii="Calibri" w:eastAsia="Calibri" w:hAnsi="Calibri" w:cs="Arial"/>
          <w:sz w:val="24"/>
          <w:szCs w:val="24"/>
        </w:rPr>
      </w:pPr>
      <w:r>
        <w:rPr>
          <w:rFonts w:ascii="Calibri" w:eastAsia="Calibri" w:hAnsi="Calibri" w:cs="Arial"/>
          <w:sz w:val="24"/>
          <w:szCs w:val="24"/>
        </w:rPr>
        <w:t>§1. Jeugdsportv</w:t>
      </w:r>
      <w:r w:rsidR="00037B8B" w:rsidRPr="00102BC5">
        <w:rPr>
          <w:rFonts w:ascii="Calibri" w:eastAsia="Calibri" w:hAnsi="Calibri" w:cs="Arial"/>
          <w:sz w:val="24"/>
          <w:szCs w:val="24"/>
        </w:rPr>
        <w:t xml:space="preserve">erenigingen die behoren tot categorie 3 t.e.m. 6 komen in aanmerking voor een extra werkingssubsidie voor bonustrainers </w:t>
      </w:r>
      <w:r w:rsidR="00E0356D">
        <w:rPr>
          <w:rFonts w:ascii="Calibri" w:eastAsia="Calibri" w:hAnsi="Calibri" w:cs="Arial"/>
          <w:sz w:val="24"/>
          <w:szCs w:val="24"/>
        </w:rPr>
        <w:t xml:space="preserve">bovenop de hierboven in het kader voorziene werkingssubsidie, en dit </w:t>
      </w:r>
      <w:r w:rsidR="00037B8B" w:rsidRPr="00102BC5">
        <w:rPr>
          <w:rFonts w:ascii="Calibri" w:eastAsia="Calibri" w:hAnsi="Calibri" w:cs="Arial"/>
          <w:sz w:val="24"/>
          <w:szCs w:val="24"/>
        </w:rPr>
        <w:t>indien zij meer gediplomeerde jeugdtrainers hebben dan minimum nodig in hun categorie. Deze trainers noemen we verder bonustrainers.</w:t>
      </w:r>
    </w:p>
    <w:p w14:paraId="3A1FD853" w14:textId="3A678DD9" w:rsidR="00037B8B" w:rsidRPr="00102BC5" w:rsidRDefault="00037B8B" w:rsidP="00037B8B">
      <w:pPr>
        <w:rPr>
          <w:rFonts w:ascii="Calibri" w:eastAsia="Calibri" w:hAnsi="Calibri" w:cs="Arial"/>
          <w:sz w:val="24"/>
          <w:szCs w:val="24"/>
        </w:rPr>
      </w:pPr>
      <w:r w:rsidRPr="00102BC5">
        <w:rPr>
          <w:rFonts w:ascii="Calibri" w:eastAsia="Calibri" w:hAnsi="Calibri" w:cs="Arial"/>
          <w:sz w:val="24"/>
          <w:szCs w:val="24"/>
        </w:rPr>
        <w:t xml:space="preserve">Om in aanmerking te komen als bonustrainer, moet deze groepstraining geven aan minimum 5 </w:t>
      </w:r>
      <w:r w:rsidR="00166D8E">
        <w:rPr>
          <w:rFonts w:ascii="Calibri" w:eastAsia="Calibri" w:hAnsi="Calibri" w:cs="Arial"/>
          <w:sz w:val="24"/>
          <w:szCs w:val="24"/>
        </w:rPr>
        <w:t>leden</w:t>
      </w:r>
      <w:r w:rsidRPr="00102BC5">
        <w:rPr>
          <w:rFonts w:ascii="Calibri" w:eastAsia="Calibri" w:hAnsi="Calibri" w:cs="Arial"/>
          <w:sz w:val="24"/>
          <w:szCs w:val="24"/>
        </w:rPr>
        <w:t>. Voor trainersgroepen van 3 of 4 sporters wordt het bedrag voor de bonustrainer gehalveerd. Enkel het aantal gediplomeerde trainers met minimum</w:t>
      </w:r>
      <w:r w:rsidR="00B7779D">
        <w:rPr>
          <w:rFonts w:ascii="Calibri" w:eastAsia="Calibri" w:hAnsi="Calibri" w:cs="Arial"/>
          <w:sz w:val="24"/>
          <w:szCs w:val="24"/>
        </w:rPr>
        <w:t xml:space="preserve"> </w:t>
      </w:r>
      <w:r w:rsidRPr="00102BC5">
        <w:rPr>
          <w:rFonts w:ascii="Calibri" w:eastAsia="Calibri" w:hAnsi="Calibri" w:cs="Arial"/>
          <w:sz w:val="24"/>
          <w:szCs w:val="24"/>
        </w:rPr>
        <w:t>diploma initiator komt in aanmerking. Het aantal trainingsuren wordt niet in rekening genomen.</w:t>
      </w:r>
    </w:p>
    <w:p w14:paraId="5F5DB63D" w14:textId="465B4184" w:rsidR="00E0356D" w:rsidRDefault="00037B8B" w:rsidP="00037B8B">
      <w:pPr>
        <w:rPr>
          <w:rFonts w:ascii="Calibri" w:eastAsia="Calibri" w:hAnsi="Calibri" w:cs="Arial"/>
          <w:sz w:val="24"/>
          <w:szCs w:val="24"/>
        </w:rPr>
      </w:pPr>
      <w:r w:rsidRPr="00102BC5">
        <w:rPr>
          <w:rFonts w:ascii="Calibri" w:eastAsia="Calibri" w:hAnsi="Calibri" w:cs="Arial"/>
          <w:sz w:val="24"/>
          <w:szCs w:val="24"/>
        </w:rPr>
        <w:t xml:space="preserve">Bijvoorbeeld: een vereniging valt in categorie 4 en heeft 5 gediplomeerde trainers. Volgens de tabel moet de vereniging minstens 2 gediplomeerde trainers hebben om in categorie 4 erkend te worden. Dus 2 van de 3 </w:t>
      </w:r>
      <w:r w:rsidR="00B7779D">
        <w:rPr>
          <w:rFonts w:ascii="Calibri" w:eastAsia="Calibri" w:hAnsi="Calibri" w:cs="Arial"/>
          <w:sz w:val="24"/>
          <w:szCs w:val="24"/>
        </w:rPr>
        <w:t xml:space="preserve">extra </w:t>
      </w:r>
      <w:r w:rsidRPr="00102BC5">
        <w:rPr>
          <w:rFonts w:ascii="Calibri" w:eastAsia="Calibri" w:hAnsi="Calibri" w:cs="Arial"/>
          <w:sz w:val="24"/>
          <w:szCs w:val="24"/>
        </w:rPr>
        <w:t>gediplomeerde trainers worden als bonustrainer aanzien en kunnen in aanmerking komen voor de extra werkingssubsidie.</w:t>
      </w:r>
    </w:p>
    <w:p w14:paraId="68F4FED4" w14:textId="574ADDD8" w:rsidR="00037B8B" w:rsidRPr="00E96729" w:rsidRDefault="00E0356D" w:rsidP="00037B8B">
      <w:pPr>
        <w:rPr>
          <w:rFonts w:ascii="Calibri" w:eastAsia="Calibri" w:hAnsi="Calibri" w:cs="Arial"/>
          <w:sz w:val="24"/>
          <w:szCs w:val="24"/>
        </w:rPr>
      </w:pPr>
      <w:r>
        <w:rPr>
          <w:rFonts w:ascii="Calibri" w:eastAsia="Calibri" w:hAnsi="Calibri" w:cs="Arial"/>
          <w:sz w:val="24"/>
          <w:szCs w:val="24"/>
        </w:rPr>
        <w:t xml:space="preserve">§2. </w:t>
      </w:r>
      <w:r w:rsidR="00037B8B" w:rsidRPr="00102BC5">
        <w:rPr>
          <w:rFonts w:ascii="Calibri" w:eastAsia="Calibri" w:hAnsi="Calibri" w:cs="Arial"/>
          <w:sz w:val="24"/>
          <w:szCs w:val="24"/>
        </w:rPr>
        <w:t xml:space="preserve">Jaarlijks voorziet het stadsbestuur een </w:t>
      </w:r>
      <w:r w:rsidR="00DB17DE">
        <w:rPr>
          <w:rFonts w:ascii="Calibri" w:eastAsia="Calibri" w:hAnsi="Calibri" w:cs="Arial"/>
          <w:sz w:val="24"/>
          <w:szCs w:val="24"/>
        </w:rPr>
        <w:t>totaal</w:t>
      </w:r>
      <w:r w:rsidR="00037B8B" w:rsidRPr="00102BC5">
        <w:rPr>
          <w:rFonts w:ascii="Calibri" w:eastAsia="Calibri" w:hAnsi="Calibri" w:cs="Arial"/>
          <w:sz w:val="24"/>
          <w:szCs w:val="24"/>
        </w:rPr>
        <w:t>bedrag van 7</w:t>
      </w:r>
      <w:r>
        <w:rPr>
          <w:rFonts w:ascii="Calibri" w:eastAsia="Calibri" w:hAnsi="Calibri" w:cs="Arial"/>
          <w:sz w:val="24"/>
          <w:szCs w:val="24"/>
        </w:rPr>
        <w:t>.</w:t>
      </w:r>
      <w:r w:rsidR="00037B8B" w:rsidRPr="00102BC5">
        <w:rPr>
          <w:rFonts w:ascii="Calibri" w:eastAsia="Calibri" w:hAnsi="Calibri" w:cs="Arial"/>
          <w:sz w:val="24"/>
          <w:szCs w:val="24"/>
        </w:rPr>
        <w:t>000</w:t>
      </w:r>
      <w:r>
        <w:rPr>
          <w:rFonts w:ascii="Calibri" w:eastAsia="Calibri" w:hAnsi="Calibri" w:cs="Arial"/>
          <w:sz w:val="24"/>
          <w:szCs w:val="24"/>
        </w:rPr>
        <w:t>,00</w:t>
      </w:r>
      <w:r w:rsidR="00037B8B" w:rsidRPr="00102BC5">
        <w:rPr>
          <w:rFonts w:ascii="Calibri" w:eastAsia="Calibri" w:hAnsi="Calibri" w:cs="Arial"/>
          <w:sz w:val="24"/>
          <w:szCs w:val="24"/>
        </w:rPr>
        <w:t xml:space="preserve"> euro met een maximum van 3</w:t>
      </w:r>
      <w:r w:rsidR="00F112B7">
        <w:rPr>
          <w:rFonts w:ascii="Calibri" w:eastAsia="Calibri" w:hAnsi="Calibri" w:cs="Arial"/>
          <w:sz w:val="24"/>
          <w:szCs w:val="24"/>
        </w:rPr>
        <w:t>2</w:t>
      </w:r>
      <w:r w:rsidR="00037B8B" w:rsidRPr="00102BC5">
        <w:rPr>
          <w:rFonts w:ascii="Calibri" w:eastAsia="Calibri" w:hAnsi="Calibri" w:cs="Arial"/>
          <w:sz w:val="24"/>
          <w:szCs w:val="24"/>
        </w:rPr>
        <w:t>0</w:t>
      </w:r>
      <w:r>
        <w:rPr>
          <w:rFonts w:ascii="Calibri" w:eastAsia="Calibri" w:hAnsi="Calibri" w:cs="Arial"/>
          <w:sz w:val="24"/>
          <w:szCs w:val="24"/>
        </w:rPr>
        <w:t>,00</w:t>
      </w:r>
      <w:r w:rsidR="00037B8B" w:rsidRPr="00102BC5">
        <w:rPr>
          <w:rFonts w:ascii="Calibri" w:eastAsia="Calibri" w:hAnsi="Calibri" w:cs="Arial"/>
          <w:sz w:val="24"/>
          <w:szCs w:val="24"/>
        </w:rPr>
        <w:t xml:space="preserve"> euro werkingssubsidie per bonustrainer. </w:t>
      </w:r>
      <w:r>
        <w:rPr>
          <w:rFonts w:ascii="Calibri" w:eastAsia="Calibri" w:hAnsi="Calibri" w:cs="Arial"/>
          <w:sz w:val="24"/>
          <w:szCs w:val="24"/>
        </w:rPr>
        <w:t>Het</w:t>
      </w:r>
      <w:r w:rsidR="00037B8B" w:rsidRPr="00102BC5">
        <w:rPr>
          <w:rFonts w:ascii="Calibri" w:eastAsia="Calibri" w:hAnsi="Calibri" w:cs="Arial"/>
          <w:sz w:val="24"/>
          <w:szCs w:val="24"/>
        </w:rPr>
        <w:t xml:space="preserve"> </w:t>
      </w:r>
      <w:r w:rsidR="00DB17DE">
        <w:rPr>
          <w:rFonts w:ascii="Calibri" w:eastAsia="Calibri" w:hAnsi="Calibri" w:cs="Arial"/>
          <w:sz w:val="24"/>
          <w:szCs w:val="24"/>
        </w:rPr>
        <w:t>totaal</w:t>
      </w:r>
      <w:r w:rsidR="00037B8B" w:rsidRPr="00102BC5">
        <w:rPr>
          <w:rFonts w:ascii="Calibri" w:eastAsia="Calibri" w:hAnsi="Calibri" w:cs="Arial"/>
          <w:sz w:val="24"/>
          <w:szCs w:val="24"/>
        </w:rPr>
        <w:t xml:space="preserve">bedrag </w:t>
      </w:r>
      <w:r>
        <w:rPr>
          <w:rFonts w:ascii="Calibri" w:eastAsia="Calibri" w:hAnsi="Calibri" w:cs="Arial"/>
          <w:sz w:val="24"/>
          <w:szCs w:val="24"/>
        </w:rPr>
        <w:t xml:space="preserve">van 7.000,00 euro </w:t>
      </w:r>
      <w:r w:rsidR="00037B8B" w:rsidRPr="00102BC5">
        <w:rPr>
          <w:rFonts w:ascii="Calibri" w:eastAsia="Calibri" w:hAnsi="Calibri" w:cs="Arial"/>
          <w:sz w:val="24"/>
          <w:szCs w:val="24"/>
        </w:rPr>
        <w:t xml:space="preserve">wordt verdeeld onder alle subsidieaanvragen voor bonustrainers. Dit heeft tot gevolg dat het subsidiebedrag dat een vereniging ontvangt per bonustrainer </w:t>
      </w:r>
      <w:r w:rsidR="00037B8B" w:rsidRPr="00E96729">
        <w:rPr>
          <w:rFonts w:ascii="Calibri" w:eastAsia="Calibri" w:hAnsi="Calibri" w:cs="Arial"/>
          <w:sz w:val="24"/>
          <w:szCs w:val="24"/>
        </w:rPr>
        <w:t>jaarlijks kan variëren</w:t>
      </w:r>
      <w:r w:rsidRPr="00E96729">
        <w:rPr>
          <w:rFonts w:ascii="Calibri" w:eastAsia="Calibri" w:hAnsi="Calibri" w:cs="Arial"/>
          <w:sz w:val="24"/>
          <w:szCs w:val="24"/>
        </w:rPr>
        <w:t>, doch maximum 3</w:t>
      </w:r>
      <w:r w:rsidR="00F112B7">
        <w:rPr>
          <w:rFonts w:ascii="Calibri" w:eastAsia="Calibri" w:hAnsi="Calibri" w:cs="Arial"/>
          <w:sz w:val="24"/>
          <w:szCs w:val="24"/>
        </w:rPr>
        <w:t>2</w:t>
      </w:r>
      <w:r w:rsidRPr="00E96729">
        <w:rPr>
          <w:rFonts w:ascii="Calibri" w:eastAsia="Calibri" w:hAnsi="Calibri" w:cs="Arial"/>
          <w:sz w:val="24"/>
          <w:szCs w:val="24"/>
        </w:rPr>
        <w:t>0,00 euro per bonustrainer bedraagt.</w:t>
      </w:r>
    </w:p>
    <w:p w14:paraId="194DB0CC" w14:textId="148BB721" w:rsidR="00F0235D" w:rsidRPr="00E96729" w:rsidRDefault="00F0235D" w:rsidP="00F0235D">
      <w:pPr>
        <w:spacing w:after="160" w:line="240" w:lineRule="auto"/>
        <w:rPr>
          <w:rFonts w:ascii="Calibri" w:eastAsia="Calibri" w:hAnsi="Calibri" w:cs="Arial"/>
          <w:b/>
          <w:bCs/>
          <w:sz w:val="24"/>
          <w:szCs w:val="24"/>
          <w:u w:val="single"/>
        </w:rPr>
      </w:pPr>
      <w:r w:rsidRPr="00E96729">
        <w:rPr>
          <w:rFonts w:ascii="Calibri" w:eastAsia="Calibri" w:hAnsi="Calibri" w:cs="Arial"/>
          <w:b/>
          <w:bCs/>
          <w:sz w:val="24"/>
          <w:szCs w:val="24"/>
          <w:u w:val="single"/>
        </w:rPr>
        <w:t xml:space="preserve">Artikel </w:t>
      </w:r>
      <w:r w:rsidR="002F0E60" w:rsidRPr="00E96729">
        <w:rPr>
          <w:rFonts w:ascii="Calibri" w:eastAsia="Calibri" w:hAnsi="Calibri" w:cs="Arial"/>
          <w:b/>
          <w:bCs/>
          <w:sz w:val="24"/>
          <w:szCs w:val="24"/>
          <w:u w:val="single"/>
        </w:rPr>
        <w:t>9</w:t>
      </w:r>
      <w:r w:rsidRPr="00E96729">
        <w:rPr>
          <w:rFonts w:ascii="Calibri" w:eastAsia="Calibri" w:hAnsi="Calibri" w:cs="Arial"/>
          <w:b/>
          <w:bCs/>
          <w:sz w:val="24"/>
          <w:szCs w:val="24"/>
          <w:u w:val="single"/>
        </w:rPr>
        <w:t>.</w:t>
      </w:r>
      <w:r w:rsidR="002F0E60" w:rsidRPr="00E96729">
        <w:rPr>
          <w:rFonts w:ascii="Calibri" w:eastAsia="Calibri" w:hAnsi="Calibri" w:cs="Arial"/>
          <w:b/>
          <w:bCs/>
          <w:sz w:val="24"/>
          <w:szCs w:val="24"/>
          <w:u w:val="single"/>
        </w:rPr>
        <w:t xml:space="preserve"> Sancties</w:t>
      </w:r>
    </w:p>
    <w:p w14:paraId="1D319D4A" w14:textId="5F400679" w:rsidR="0058798A" w:rsidRDefault="008B0DF5" w:rsidP="0058798A">
      <w:pPr>
        <w:spacing w:after="160" w:line="240" w:lineRule="auto"/>
        <w:rPr>
          <w:rFonts w:ascii="Calibri" w:eastAsia="Calibri" w:hAnsi="Calibri" w:cs="Arial"/>
          <w:sz w:val="24"/>
          <w:szCs w:val="24"/>
        </w:rPr>
      </w:pPr>
      <w:r w:rsidRPr="00E96729">
        <w:rPr>
          <w:rFonts w:ascii="Calibri" w:eastAsia="Calibri" w:hAnsi="Calibri" w:cs="Arial"/>
          <w:sz w:val="24"/>
          <w:szCs w:val="24"/>
        </w:rPr>
        <w:t xml:space="preserve">§1. </w:t>
      </w:r>
      <w:r w:rsidR="0058798A" w:rsidRPr="00E96729">
        <w:rPr>
          <w:rFonts w:ascii="Calibri" w:eastAsia="Calibri" w:hAnsi="Calibri" w:cs="Arial"/>
          <w:sz w:val="24"/>
          <w:szCs w:val="24"/>
        </w:rPr>
        <w:t>Tegen een weigering van een subsidie kan verhaal worden ingesteld bij het college van burgemeester en schepenen</w:t>
      </w:r>
      <w:r w:rsidR="00382C42" w:rsidRPr="00E96729">
        <w:rPr>
          <w:rFonts w:ascii="Calibri" w:eastAsia="Calibri" w:hAnsi="Calibri" w:cs="Arial"/>
          <w:sz w:val="24"/>
          <w:szCs w:val="24"/>
        </w:rPr>
        <w:t xml:space="preserve"> middels aangetekend schrijven gericht aan het college van burgemeester en schepenen, Lekkerstraat 10 te 3680 Maaseik. Het verhaal dient te worden ingediend binnen een termijn van 30 dagen te rekenen vanaf de dag volgend op de verzending van de beslissing van het college van burgemeester en schepenen aan de aanvrager.</w:t>
      </w:r>
      <w:r w:rsidR="00382C42">
        <w:rPr>
          <w:rFonts w:ascii="Calibri" w:eastAsia="Calibri" w:hAnsi="Calibri" w:cs="Arial"/>
          <w:sz w:val="24"/>
          <w:szCs w:val="24"/>
        </w:rPr>
        <w:t xml:space="preserve"> </w:t>
      </w:r>
    </w:p>
    <w:p w14:paraId="0DD9101F" w14:textId="6BCD1633" w:rsidR="008B0DF5" w:rsidRDefault="008B0DF5" w:rsidP="008B0DF5">
      <w:pPr>
        <w:spacing w:after="160" w:line="240" w:lineRule="auto"/>
        <w:rPr>
          <w:rFonts w:ascii="Calibri" w:eastAsia="Calibri" w:hAnsi="Calibri" w:cs="Arial"/>
          <w:sz w:val="24"/>
          <w:szCs w:val="24"/>
        </w:rPr>
      </w:pPr>
      <w:r>
        <w:rPr>
          <w:rFonts w:ascii="Calibri" w:eastAsia="Calibri" w:hAnsi="Calibri" w:cs="Arial"/>
          <w:sz w:val="24"/>
          <w:szCs w:val="24"/>
        </w:rPr>
        <w:t xml:space="preserve">§2. </w:t>
      </w:r>
      <w:r w:rsidRPr="008B0DF5">
        <w:rPr>
          <w:rFonts w:ascii="Calibri" w:eastAsia="Calibri" w:hAnsi="Calibri" w:cs="Arial"/>
          <w:sz w:val="24"/>
          <w:szCs w:val="24"/>
        </w:rPr>
        <w:t>Controle op de naleving van de bepalingen van dit reglement en op de juistheid van de ingediende gegevens door de jeugdwerkingen kan op ieder ogenblik uitgeoefend</w:t>
      </w:r>
      <w:r>
        <w:rPr>
          <w:rFonts w:ascii="Calibri" w:eastAsia="Calibri" w:hAnsi="Calibri" w:cs="Arial"/>
          <w:sz w:val="24"/>
          <w:szCs w:val="24"/>
        </w:rPr>
        <w:t xml:space="preserve"> worden</w:t>
      </w:r>
      <w:r w:rsidRPr="008B0DF5">
        <w:rPr>
          <w:rFonts w:ascii="Calibri" w:eastAsia="Calibri" w:hAnsi="Calibri" w:cs="Arial"/>
          <w:sz w:val="24"/>
          <w:szCs w:val="24"/>
        </w:rPr>
        <w:t xml:space="preserve"> door een afgevaardigde van het college van burgemeester en schepenen, bijgestaan door een medewerker van </w:t>
      </w:r>
      <w:r>
        <w:rPr>
          <w:rFonts w:ascii="Calibri" w:eastAsia="Calibri" w:hAnsi="Calibri" w:cs="Arial"/>
          <w:sz w:val="24"/>
          <w:szCs w:val="24"/>
        </w:rPr>
        <w:t>de d</w:t>
      </w:r>
      <w:r w:rsidRPr="008B0DF5">
        <w:rPr>
          <w:rFonts w:ascii="Calibri" w:eastAsia="Calibri" w:hAnsi="Calibri" w:cs="Arial"/>
          <w:sz w:val="24"/>
          <w:szCs w:val="24"/>
        </w:rPr>
        <w:t xml:space="preserve">ienst </w:t>
      </w:r>
      <w:r>
        <w:rPr>
          <w:rFonts w:ascii="Calibri" w:eastAsia="Calibri" w:hAnsi="Calibri" w:cs="Arial"/>
          <w:sz w:val="24"/>
          <w:szCs w:val="24"/>
        </w:rPr>
        <w:t>sport,</w:t>
      </w:r>
      <w:r w:rsidRPr="008B0DF5">
        <w:rPr>
          <w:rFonts w:ascii="Calibri" w:eastAsia="Calibri" w:hAnsi="Calibri" w:cs="Arial"/>
          <w:sz w:val="24"/>
          <w:szCs w:val="24"/>
        </w:rPr>
        <w:t xml:space="preserve"> </w:t>
      </w:r>
      <w:r>
        <w:rPr>
          <w:rFonts w:ascii="Calibri" w:eastAsia="Calibri" w:hAnsi="Calibri" w:cs="Arial"/>
          <w:sz w:val="24"/>
          <w:szCs w:val="24"/>
        </w:rPr>
        <w:t>en dit met alle middelen die zij hieromtrent nodig acht.</w:t>
      </w:r>
    </w:p>
    <w:p w14:paraId="0FC31B5D" w14:textId="28000744" w:rsidR="00C343C5" w:rsidRPr="008B0DF5" w:rsidRDefault="00C343C5" w:rsidP="008B0DF5">
      <w:pPr>
        <w:spacing w:after="160" w:line="240" w:lineRule="auto"/>
        <w:rPr>
          <w:rFonts w:ascii="Calibri" w:eastAsia="Calibri" w:hAnsi="Calibri" w:cs="Arial"/>
          <w:sz w:val="24"/>
          <w:szCs w:val="24"/>
        </w:rPr>
      </w:pPr>
      <w:r>
        <w:rPr>
          <w:rFonts w:ascii="Calibri" w:eastAsia="Calibri" w:hAnsi="Calibri" w:cs="Arial"/>
          <w:sz w:val="24"/>
          <w:szCs w:val="24"/>
        </w:rPr>
        <w:t>Het wordt e</w:t>
      </w:r>
      <w:r w:rsidRPr="00C343C5">
        <w:rPr>
          <w:rFonts w:ascii="Calibri" w:eastAsia="Calibri" w:hAnsi="Calibri" w:cs="Arial"/>
          <w:sz w:val="24"/>
          <w:szCs w:val="24"/>
        </w:rPr>
        <w:t>lke daartoe gemachtigde afgevaardigde van het stadsbestuur toe</w:t>
      </w:r>
      <w:r>
        <w:rPr>
          <w:rFonts w:ascii="Calibri" w:eastAsia="Calibri" w:hAnsi="Calibri" w:cs="Arial"/>
          <w:sz w:val="24"/>
          <w:szCs w:val="24"/>
        </w:rPr>
        <w:t>ge</w:t>
      </w:r>
      <w:r w:rsidRPr="00C343C5">
        <w:rPr>
          <w:rFonts w:ascii="Calibri" w:eastAsia="Calibri" w:hAnsi="Calibri" w:cs="Arial"/>
          <w:sz w:val="24"/>
          <w:szCs w:val="24"/>
        </w:rPr>
        <w:t>staan om</w:t>
      </w:r>
      <w:r>
        <w:rPr>
          <w:rFonts w:ascii="Calibri" w:eastAsia="Calibri" w:hAnsi="Calibri" w:cs="Arial"/>
          <w:sz w:val="24"/>
          <w:szCs w:val="24"/>
        </w:rPr>
        <w:t>,</w:t>
      </w:r>
      <w:r w:rsidRPr="00C343C5">
        <w:rPr>
          <w:rFonts w:ascii="Calibri" w:eastAsia="Calibri" w:hAnsi="Calibri" w:cs="Arial"/>
          <w:sz w:val="24"/>
          <w:szCs w:val="24"/>
        </w:rPr>
        <w:t xml:space="preserve"> eventueel ter plaatse, de aanwending van de toegekende subsidie te controleren. Bij niet naleving van deze bepalingen, kan het stadsbestuur overgaan tot de gehele of gedeeltelijke terugvordering van de betrokken subsidie, in het jaar volgend op de </w:t>
      </w:r>
      <w:r w:rsidRPr="00C343C5">
        <w:rPr>
          <w:rFonts w:ascii="Calibri" w:eastAsia="Calibri" w:hAnsi="Calibri" w:cs="Arial"/>
          <w:sz w:val="24"/>
          <w:szCs w:val="24"/>
        </w:rPr>
        <w:lastRenderedPageBreak/>
        <w:t>aanvraag</w:t>
      </w:r>
      <w:r>
        <w:rPr>
          <w:rFonts w:ascii="Calibri" w:eastAsia="Calibri" w:hAnsi="Calibri" w:cs="Arial"/>
          <w:sz w:val="24"/>
          <w:szCs w:val="24"/>
        </w:rPr>
        <w:t xml:space="preserve"> </w:t>
      </w:r>
      <w:proofErr w:type="spellStart"/>
      <w:r>
        <w:rPr>
          <w:rFonts w:ascii="Calibri" w:eastAsia="Calibri" w:hAnsi="Calibri" w:cs="Arial"/>
          <w:sz w:val="24"/>
          <w:szCs w:val="24"/>
        </w:rPr>
        <w:t>cfr</w:t>
      </w:r>
      <w:proofErr w:type="spellEnd"/>
      <w:r>
        <w:rPr>
          <w:rFonts w:ascii="Calibri" w:eastAsia="Calibri" w:hAnsi="Calibri" w:cs="Arial"/>
          <w:sz w:val="24"/>
          <w:szCs w:val="24"/>
        </w:rPr>
        <w:t>. §3</w:t>
      </w:r>
      <w:r w:rsidRPr="00C343C5">
        <w:rPr>
          <w:rFonts w:ascii="Calibri" w:eastAsia="Calibri" w:hAnsi="Calibri" w:cs="Arial"/>
          <w:sz w:val="24"/>
          <w:szCs w:val="24"/>
        </w:rPr>
        <w:t xml:space="preserve">. </w:t>
      </w:r>
      <w:r>
        <w:rPr>
          <w:rFonts w:ascii="Calibri" w:eastAsia="Calibri" w:hAnsi="Calibri" w:cs="Arial"/>
          <w:sz w:val="24"/>
          <w:szCs w:val="24"/>
        </w:rPr>
        <w:t>Daarnaast kan het bestuur ook</w:t>
      </w:r>
      <w:r w:rsidRPr="00C343C5">
        <w:rPr>
          <w:rFonts w:ascii="Calibri" w:eastAsia="Calibri" w:hAnsi="Calibri" w:cs="Arial"/>
          <w:sz w:val="24"/>
          <w:szCs w:val="24"/>
        </w:rPr>
        <w:t xml:space="preserve"> de toekenning van nieuwe subsidies opschorten voor het nieuwe jaar.</w:t>
      </w:r>
    </w:p>
    <w:p w14:paraId="1E9395F6" w14:textId="1557416F" w:rsidR="001F4EBC" w:rsidRPr="001F4EBC" w:rsidRDefault="008B0DF5" w:rsidP="0058798A">
      <w:pPr>
        <w:spacing w:after="160" w:line="240" w:lineRule="auto"/>
        <w:rPr>
          <w:rFonts w:ascii="Calibri" w:eastAsia="Calibri" w:hAnsi="Calibri" w:cs="Arial"/>
          <w:sz w:val="24"/>
          <w:szCs w:val="24"/>
        </w:rPr>
      </w:pPr>
      <w:r>
        <w:rPr>
          <w:rFonts w:ascii="Calibri" w:eastAsia="Calibri" w:hAnsi="Calibri" w:cs="Arial"/>
          <w:sz w:val="24"/>
          <w:szCs w:val="24"/>
        </w:rPr>
        <w:t xml:space="preserve">§3. </w:t>
      </w:r>
      <w:r w:rsidR="001F4EBC" w:rsidRPr="001F4EBC">
        <w:rPr>
          <w:rFonts w:ascii="Calibri" w:eastAsia="Calibri" w:hAnsi="Calibri" w:cs="Arial"/>
          <w:sz w:val="24"/>
          <w:szCs w:val="24"/>
        </w:rPr>
        <w:t>Het college van burgemeester en schepenen kan na uitkering van de subsidie de subsidie gedeeltelijk dan wel geheel terugvorderen indien de aanvrage</w:t>
      </w:r>
      <w:r w:rsidR="00215D2B">
        <w:rPr>
          <w:rFonts w:ascii="Calibri" w:eastAsia="Calibri" w:hAnsi="Calibri" w:cs="Arial"/>
          <w:sz w:val="24"/>
          <w:szCs w:val="24"/>
        </w:rPr>
        <w:t>r</w:t>
      </w:r>
      <w:r w:rsidR="001F4EBC" w:rsidRPr="001F4EBC">
        <w:rPr>
          <w:rFonts w:ascii="Calibri" w:eastAsia="Calibri" w:hAnsi="Calibri" w:cs="Arial"/>
          <w:sz w:val="24"/>
          <w:szCs w:val="24"/>
        </w:rPr>
        <w:t>:</w:t>
      </w:r>
      <w:r>
        <w:rPr>
          <w:rFonts w:ascii="Calibri" w:eastAsia="Calibri" w:hAnsi="Calibri" w:cs="Arial"/>
          <w:sz w:val="24"/>
          <w:szCs w:val="24"/>
        </w:rPr>
        <w:t xml:space="preserve"> (niet cumulatief)</w:t>
      </w:r>
      <w:r w:rsidR="001F4EBC" w:rsidRPr="001F4EBC">
        <w:rPr>
          <w:rFonts w:ascii="Calibri" w:eastAsia="Calibri" w:hAnsi="Calibri" w:cs="Arial"/>
          <w:sz w:val="24"/>
          <w:szCs w:val="24"/>
        </w:rPr>
        <w:t xml:space="preserve"> </w:t>
      </w:r>
    </w:p>
    <w:p w14:paraId="2B876F86" w14:textId="1466EEE6" w:rsidR="001F4EBC" w:rsidRDefault="001F4EBC" w:rsidP="001F4EBC">
      <w:pPr>
        <w:pStyle w:val="Lijstalinea"/>
        <w:numPr>
          <w:ilvl w:val="0"/>
          <w:numId w:val="17"/>
        </w:numPr>
        <w:spacing w:after="160" w:line="240" w:lineRule="auto"/>
        <w:rPr>
          <w:rFonts w:ascii="Calibri" w:eastAsia="Calibri" w:hAnsi="Calibri" w:cs="Arial"/>
          <w:sz w:val="24"/>
          <w:szCs w:val="24"/>
        </w:rPr>
      </w:pPr>
      <w:r w:rsidRPr="001F4EBC">
        <w:rPr>
          <w:rFonts w:ascii="Calibri" w:eastAsia="Calibri" w:hAnsi="Calibri" w:cs="Arial"/>
          <w:sz w:val="24"/>
          <w:szCs w:val="24"/>
        </w:rPr>
        <w:t xml:space="preserve">De </w:t>
      </w:r>
      <w:r w:rsidR="008B0DF5">
        <w:rPr>
          <w:rFonts w:ascii="Calibri" w:eastAsia="Calibri" w:hAnsi="Calibri" w:cs="Arial"/>
          <w:sz w:val="24"/>
          <w:szCs w:val="24"/>
        </w:rPr>
        <w:t xml:space="preserve">bepalingen en de </w:t>
      </w:r>
      <w:r w:rsidRPr="001F4EBC">
        <w:rPr>
          <w:rFonts w:ascii="Calibri" w:eastAsia="Calibri" w:hAnsi="Calibri" w:cs="Arial"/>
          <w:sz w:val="24"/>
          <w:szCs w:val="24"/>
        </w:rPr>
        <w:t>voorwaarden van het huidige reglement</w:t>
      </w:r>
      <w:r w:rsidR="00E0356D">
        <w:rPr>
          <w:rFonts w:ascii="Calibri" w:eastAsia="Calibri" w:hAnsi="Calibri" w:cs="Arial"/>
          <w:sz w:val="24"/>
          <w:szCs w:val="24"/>
        </w:rPr>
        <w:t xml:space="preserve">, dan wel </w:t>
      </w:r>
      <w:r w:rsidR="00E0356D" w:rsidRPr="00151F94">
        <w:rPr>
          <w:rFonts w:ascii="Calibri" w:eastAsia="Calibri" w:hAnsi="Calibri" w:cs="Arial"/>
          <w:sz w:val="24"/>
          <w:szCs w:val="24"/>
        </w:rPr>
        <w:t xml:space="preserve">het reglement tot erkenning van sportverenigingen zoals goedgekeurd door de gemeenteraad ter zitting van </w:t>
      </w:r>
      <w:r w:rsidR="00361378" w:rsidRPr="00361378">
        <w:rPr>
          <w:rFonts w:ascii="Calibri" w:eastAsia="Calibri" w:hAnsi="Calibri" w:cs="Arial"/>
          <w:sz w:val="24"/>
          <w:szCs w:val="24"/>
        </w:rPr>
        <w:t>27-04-2020</w:t>
      </w:r>
      <w:r w:rsidR="00E0356D">
        <w:rPr>
          <w:rFonts w:ascii="Calibri" w:eastAsia="Calibri" w:hAnsi="Calibri" w:cs="Arial"/>
          <w:b/>
          <w:bCs/>
          <w:sz w:val="24"/>
          <w:szCs w:val="24"/>
        </w:rPr>
        <w:t xml:space="preserve"> </w:t>
      </w:r>
      <w:r w:rsidRPr="001F4EBC">
        <w:rPr>
          <w:rFonts w:ascii="Calibri" w:eastAsia="Calibri" w:hAnsi="Calibri" w:cs="Arial"/>
          <w:sz w:val="24"/>
          <w:szCs w:val="24"/>
        </w:rPr>
        <w:t>niet naleeft of niet nageleefd heeft</w:t>
      </w:r>
      <w:r w:rsidR="00383CC9">
        <w:rPr>
          <w:rFonts w:ascii="Calibri" w:eastAsia="Calibri" w:hAnsi="Calibri" w:cs="Arial"/>
          <w:sz w:val="24"/>
          <w:szCs w:val="24"/>
        </w:rPr>
        <w:t>;</w:t>
      </w:r>
    </w:p>
    <w:p w14:paraId="3D44CD76" w14:textId="58C5B56E" w:rsidR="008B0DF5" w:rsidRDefault="008B0DF5" w:rsidP="001F4EBC">
      <w:pPr>
        <w:pStyle w:val="Lijstalinea"/>
        <w:numPr>
          <w:ilvl w:val="0"/>
          <w:numId w:val="17"/>
        </w:numPr>
        <w:spacing w:after="160" w:line="240" w:lineRule="auto"/>
        <w:rPr>
          <w:rFonts w:ascii="Calibri" w:eastAsia="Calibri" w:hAnsi="Calibri" w:cs="Arial"/>
          <w:sz w:val="24"/>
          <w:szCs w:val="24"/>
        </w:rPr>
      </w:pPr>
      <w:r>
        <w:rPr>
          <w:rFonts w:ascii="Calibri" w:eastAsia="Calibri" w:hAnsi="Calibri" w:cs="Arial"/>
          <w:sz w:val="24"/>
          <w:szCs w:val="24"/>
        </w:rPr>
        <w:t>De subsidies aanwendt/aanwendde voor een ander doel dan waarvoor zij toegekend waren;</w:t>
      </w:r>
    </w:p>
    <w:p w14:paraId="69867419" w14:textId="077543CF" w:rsidR="00960880" w:rsidRDefault="00960880" w:rsidP="001F4EBC">
      <w:pPr>
        <w:pStyle w:val="Lijstalinea"/>
        <w:numPr>
          <w:ilvl w:val="0"/>
          <w:numId w:val="17"/>
        </w:numPr>
        <w:spacing w:after="160" w:line="240" w:lineRule="auto"/>
        <w:rPr>
          <w:rFonts w:ascii="Calibri" w:eastAsia="Calibri" w:hAnsi="Calibri" w:cs="Arial"/>
          <w:sz w:val="24"/>
          <w:szCs w:val="24"/>
        </w:rPr>
      </w:pPr>
      <w:r>
        <w:rPr>
          <w:rFonts w:ascii="Calibri" w:eastAsia="Calibri" w:hAnsi="Calibri" w:cs="Arial"/>
          <w:sz w:val="24"/>
          <w:szCs w:val="24"/>
        </w:rPr>
        <w:t>De wetgeving niet naleeft of inbreuken pleegt/gepleegd heeft tegen de openbare orde;</w:t>
      </w:r>
    </w:p>
    <w:p w14:paraId="1A7267A0" w14:textId="60BEDE94" w:rsidR="00960880" w:rsidRDefault="00960880" w:rsidP="001F4EBC">
      <w:pPr>
        <w:pStyle w:val="Lijstalinea"/>
        <w:numPr>
          <w:ilvl w:val="0"/>
          <w:numId w:val="17"/>
        </w:numPr>
        <w:spacing w:after="160" w:line="240" w:lineRule="auto"/>
        <w:rPr>
          <w:rFonts w:ascii="Calibri" w:eastAsia="Calibri" w:hAnsi="Calibri" w:cs="Arial"/>
          <w:sz w:val="24"/>
          <w:szCs w:val="24"/>
        </w:rPr>
      </w:pPr>
      <w:r>
        <w:rPr>
          <w:rFonts w:ascii="Calibri" w:eastAsia="Calibri" w:hAnsi="Calibri" w:cs="Arial"/>
          <w:sz w:val="24"/>
          <w:szCs w:val="24"/>
        </w:rPr>
        <w:t>Valse verklaringen heeft afgelegd met het oog op het genieten van de subsidie</w:t>
      </w:r>
      <w:r w:rsidR="008B0DF5">
        <w:rPr>
          <w:rFonts w:ascii="Calibri" w:eastAsia="Calibri" w:hAnsi="Calibri" w:cs="Arial"/>
          <w:sz w:val="24"/>
          <w:szCs w:val="24"/>
        </w:rPr>
        <w:t>;</w:t>
      </w:r>
    </w:p>
    <w:p w14:paraId="0677313D" w14:textId="25A8AFCD" w:rsidR="008B0DF5" w:rsidRDefault="008B0DF5" w:rsidP="008B0DF5">
      <w:pPr>
        <w:pStyle w:val="Lijstalinea"/>
        <w:numPr>
          <w:ilvl w:val="0"/>
          <w:numId w:val="17"/>
        </w:numPr>
        <w:spacing w:after="160" w:line="240" w:lineRule="auto"/>
        <w:rPr>
          <w:rFonts w:ascii="Calibri" w:eastAsia="Calibri" w:hAnsi="Calibri" w:cs="Arial"/>
          <w:sz w:val="24"/>
          <w:szCs w:val="24"/>
        </w:rPr>
      </w:pPr>
      <w:r>
        <w:rPr>
          <w:rFonts w:ascii="Calibri" w:eastAsia="Calibri" w:hAnsi="Calibri" w:cs="Arial"/>
          <w:sz w:val="24"/>
          <w:szCs w:val="24"/>
        </w:rPr>
        <w:t>De bovenvermelde controle door het bestuur verhindert/verhinderde;</w:t>
      </w:r>
    </w:p>
    <w:p w14:paraId="340F123D" w14:textId="6972743B" w:rsidR="008B0DF5" w:rsidRPr="008B0DF5" w:rsidRDefault="008B0DF5" w:rsidP="008B0DF5">
      <w:pPr>
        <w:pStyle w:val="Lijstalinea"/>
        <w:numPr>
          <w:ilvl w:val="0"/>
          <w:numId w:val="17"/>
        </w:numPr>
        <w:spacing w:after="160" w:line="240" w:lineRule="auto"/>
        <w:rPr>
          <w:rFonts w:ascii="Calibri" w:eastAsia="Calibri" w:hAnsi="Calibri" w:cs="Arial"/>
          <w:sz w:val="24"/>
          <w:szCs w:val="24"/>
        </w:rPr>
      </w:pPr>
      <w:r w:rsidRPr="008B0DF5">
        <w:rPr>
          <w:rFonts w:ascii="Calibri" w:eastAsia="Calibri" w:hAnsi="Calibri" w:cs="Arial"/>
          <w:sz w:val="24"/>
          <w:szCs w:val="24"/>
        </w:rPr>
        <w:t>Zijn activiteiten stopzet of ophoudt te bestaan;</w:t>
      </w:r>
    </w:p>
    <w:p w14:paraId="3E799D7B" w14:textId="68836F71" w:rsidR="008B0DF5" w:rsidRDefault="00B7779D" w:rsidP="00F0235D">
      <w:pPr>
        <w:pStyle w:val="Lijstalinea"/>
        <w:numPr>
          <w:ilvl w:val="0"/>
          <w:numId w:val="17"/>
        </w:numPr>
        <w:spacing w:after="160" w:line="240" w:lineRule="auto"/>
        <w:rPr>
          <w:rFonts w:ascii="Calibri" w:eastAsia="Calibri" w:hAnsi="Calibri" w:cs="Arial"/>
          <w:sz w:val="24"/>
          <w:szCs w:val="24"/>
        </w:rPr>
      </w:pPr>
      <w:r>
        <w:rPr>
          <w:rFonts w:ascii="Calibri" w:eastAsia="Calibri" w:hAnsi="Calibri" w:cs="Arial"/>
          <w:sz w:val="24"/>
          <w:szCs w:val="24"/>
        </w:rPr>
        <w:t>I</w:t>
      </w:r>
      <w:r w:rsidR="008B0DF5" w:rsidRPr="008B0DF5">
        <w:rPr>
          <w:rFonts w:ascii="Calibri" w:eastAsia="Calibri" w:hAnsi="Calibri" w:cs="Arial"/>
          <w:sz w:val="24"/>
          <w:szCs w:val="24"/>
        </w:rPr>
        <w:t>n staat van faillissement verkeert, failliet wordt verklaard dan wel blijk geeft van een nakend faillissement</w:t>
      </w:r>
      <w:r w:rsidR="008B0DF5">
        <w:rPr>
          <w:rFonts w:ascii="Calibri" w:eastAsia="Calibri" w:hAnsi="Calibri" w:cs="Arial"/>
          <w:sz w:val="24"/>
          <w:szCs w:val="24"/>
        </w:rPr>
        <w:t>.</w:t>
      </w:r>
    </w:p>
    <w:p w14:paraId="716431DF" w14:textId="08459C06" w:rsidR="00CF1176" w:rsidRPr="00CF1176" w:rsidRDefault="00CF1176" w:rsidP="00CF1176">
      <w:pPr>
        <w:spacing w:after="160" w:line="240" w:lineRule="auto"/>
        <w:rPr>
          <w:rFonts w:ascii="Calibri" w:eastAsia="Calibri" w:hAnsi="Calibri" w:cs="Arial"/>
          <w:b/>
          <w:bCs/>
          <w:sz w:val="24"/>
          <w:szCs w:val="24"/>
          <w:u w:val="single"/>
        </w:rPr>
      </w:pPr>
      <w:r w:rsidRPr="00CF1176">
        <w:rPr>
          <w:rFonts w:ascii="Calibri" w:eastAsia="Calibri" w:hAnsi="Calibri" w:cs="Arial"/>
          <w:b/>
          <w:bCs/>
          <w:sz w:val="24"/>
          <w:szCs w:val="24"/>
          <w:u w:val="single"/>
        </w:rPr>
        <w:t>Artikel 10. GDPR en privacy</w:t>
      </w:r>
    </w:p>
    <w:p w14:paraId="50BC3E28" w14:textId="790E394B" w:rsidR="00CF1176" w:rsidRPr="00CF1176" w:rsidRDefault="00CF1176" w:rsidP="00CF1176">
      <w:pPr>
        <w:spacing w:after="160" w:line="240" w:lineRule="auto"/>
        <w:rPr>
          <w:rFonts w:ascii="Calibri" w:eastAsia="Calibri" w:hAnsi="Calibri" w:cs="Arial"/>
          <w:sz w:val="24"/>
          <w:szCs w:val="24"/>
        </w:rPr>
      </w:pPr>
      <w:r>
        <w:rPr>
          <w:rFonts w:ascii="Calibri" w:eastAsia="Calibri" w:hAnsi="Calibri" w:cs="Arial"/>
          <w:sz w:val="24"/>
          <w:szCs w:val="24"/>
        </w:rPr>
        <w:t xml:space="preserve">§1. </w:t>
      </w:r>
      <w:r w:rsidRPr="00CF1176">
        <w:rPr>
          <w:rFonts w:ascii="Calibri" w:eastAsia="Calibri" w:hAnsi="Calibri" w:cs="Arial"/>
          <w:sz w:val="24"/>
          <w:szCs w:val="24"/>
        </w:rPr>
        <w:t xml:space="preserve">De verwerking van persoonsgegevens in het kader van deze aanvraag gebeurt conform de Algemene Verordening Gegevensbescherming (AVG). </w:t>
      </w:r>
      <w:r>
        <w:rPr>
          <w:rFonts w:ascii="Calibri" w:eastAsia="Calibri" w:hAnsi="Calibri" w:cs="Arial"/>
          <w:sz w:val="24"/>
          <w:szCs w:val="24"/>
        </w:rPr>
        <w:t>S</w:t>
      </w:r>
      <w:r w:rsidRPr="00CF1176">
        <w:rPr>
          <w:rFonts w:ascii="Calibri" w:eastAsia="Calibri" w:hAnsi="Calibri" w:cs="Arial"/>
          <w:sz w:val="24"/>
          <w:szCs w:val="24"/>
        </w:rPr>
        <w:t xml:space="preserve">tad Maaseik is verwerkingsverantwoordelijke. </w:t>
      </w:r>
    </w:p>
    <w:p w14:paraId="60A96C9B" w14:textId="6DAAD896" w:rsidR="00CF1176" w:rsidRPr="00CF1176" w:rsidRDefault="00CF1176" w:rsidP="00CF1176">
      <w:pPr>
        <w:spacing w:after="160" w:line="240" w:lineRule="auto"/>
        <w:rPr>
          <w:rFonts w:ascii="Calibri" w:eastAsia="Calibri" w:hAnsi="Calibri" w:cs="Arial"/>
          <w:sz w:val="24"/>
          <w:szCs w:val="24"/>
        </w:rPr>
      </w:pPr>
      <w:r>
        <w:rPr>
          <w:rFonts w:ascii="Calibri" w:eastAsia="Calibri" w:hAnsi="Calibri" w:cs="Arial"/>
          <w:sz w:val="24"/>
          <w:szCs w:val="24"/>
        </w:rPr>
        <w:t xml:space="preserve">§2. </w:t>
      </w:r>
      <w:r w:rsidRPr="00CF1176">
        <w:rPr>
          <w:rFonts w:ascii="Calibri" w:eastAsia="Calibri" w:hAnsi="Calibri" w:cs="Arial"/>
          <w:sz w:val="24"/>
          <w:szCs w:val="24"/>
        </w:rPr>
        <w:t>De persoonsgegevens</w:t>
      </w:r>
      <w:r>
        <w:rPr>
          <w:rFonts w:ascii="Calibri" w:eastAsia="Calibri" w:hAnsi="Calibri" w:cs="Arial"/>
          <w:sz w:val="24"/>
          <w:szCs w:val="24"/>
        </w:rPr>
        <w:t>, zijnde de</w:t>
      </w:r>
      <w:r w:rsidRPr="00CF1176">
        <w:rPr>
          <w:rFonts w:ascii="Calibri" w:eastAsia="Calibri" w:hAnsi="Calibri" w:cs="Arial"/>
          <w:sz w:val="24"/>
          <w:szCs w:val="24"/>
        </w:rPr>
        <w:t xml:space="preserve"> naam, voornaam en geboortedatum</w:t>
      </w:r>
      <w:r>
        <w:rPr>
          <w:rFonts w:ascii="Calibri" w:eastAsia="Calibri" w:hAnsi="Calibri" w:cs="Arial"/>
          <w:sz w:val="24"/>
          <w:szCs w:val="24"/>
        </w:rPr>
        <w:t>,</w:t>
      </w:r>
      <w:r w:rsidRPr="00CF1176">
        <w:rPr>
          <w:rFonts w:ascii="Calibri" w:eastAsia="Calibri" w:hAnsi="Calibri" w:cs="Arial"/>
          <w:sz w:val="24"/>
          <w:szCs w:val="24"/>
        </w:rPr>
        <w:t xml:space="preserve"> worden uitsluitend gebruikt voor de berekening van werkingssubsidies en worden uiterlijk binnen 3 maanden na beslissing vernietigd. </w:t>
      </w:r>
    </w:p>
    <w:p w14:paraId="5EB85B9C" w14:textId="27BDDBDE" w:rsidR="00CF1176" w:rsidRPr="00CF1176" w:rsidRDefault="00CF1176" w:rsidP="00CF1176">
      <w:pPr>
        <w:spacing w:after="160" w:line="240" w:lineRule="auto"/>
        <w:rPr>
          <w:rFonts w:ascii="Calibri" w:eastAsia="Calibri" w:hAnsi="Calibri" w:cs="Arial"/>
          <w:sz w:val="24"/>
          <w:szCs w:val="24"/>
        </w:rPr>
      </w:pPr>
      <w:r>
        <w:rPr>
          <w:rFonts w:ascii="Calibri" w:eastAsia="Calibri" w:hAnsi="Calibri" w:cs="Arial"/>
          <w:sz w:val="24"/>
          <w:szCs w:val="24"/>
        </w:rPr>
        <w:t xml:space="preserve">§3. </w:t>
      </w:r>
      <w:r w:rsidRPr="00CF1176">
        <w:rPr>
          <w:rFonts w:ascii="Calibri" w:eastAsia="Calibri" w:hAnsi="Calibri" w:cs="Arial"/>
          <w:sz w:val="24"/>
          <w:szCs w:val="24"/>
        </w:rPr>
        <w:t xml:space="preserve">Voor vragen of rechten van </w:t>
      </w:r>
      <w:r>
        <w:rPr>
          <w:rFonts w:ascii="Calibri" w:eastAsia="Calibri" w:hAnsi="Calibri" w:cs="Arial"/>
          <w:sz w:val="24"/>
          <w:szCs w:val="24"/>
        </w:rPr>
        <w:t xml:space="preserve">de </w:t>
      </w:r>
      <w:r w:rsidRPr="00CF1176">
        <w:rPr>
          <w:rFonts w:ascii="Calibri" w:eastAsia="Calibri" w:hAnsi="Calibri" w:cs="Arial"/>
          <w:sz w:val="24"/>
          <w:szCs w:val="24"/>
        </w:rPr>
        <w:t xml:space="preserve">betrokkene voor inzage, correctie of beperking, kan contact </w:t>
      </w:r>
      <w:r>
        <w:rPr>
          <w:rFonts w:ascii="Calibri" w:eastAsia="Calibri" w:hAnsi="Calibri" w:cs="Arial"/>
          <w:sz w:val="24"/>
          <w:szCs w:val="24"/>
        </w:rPr>
        <w:t>opgenomen worden</w:t>
      </w:r>
      <w:r w:rsidRPr="00CF1176">
        <w:rPr>
          <w:rFonts w:ascii="Calibri" w:eastAsia="Calibri" w:hAnsi="Calibri" w:cs="Arial"/>
          <w:sz w:val="24"/>
          <w:szCs w:val="24"/>
        </w:rPr>
        <w:t xml:space="preserve"> met de DPO van de stad Maaseik via </w:t>
      </w:r>
      <w:hyperlink r:id="rId13" w:history="1">
        <w:r w:rsidRPr="00CF1176">
          <w:rPr>
            <w:rStyle w:val="Hyperlink"/>
            <w:rFonts w:ascii="Calibri" w:eastAsia="Calibri" w:hAnsi="Calibri" w:cs="Arial"/>
            <w:sz w:val="24"/>
            <w:szCs w:val="24"/>
          </w:rPr>
          <w:t>privacy@maaseik.be</w:t>
        </w:r>
      </w:hyperlink>
      <w:r>
        <w:rPr>
          <w:rFonts w:ascii="Calibri" w:eastAsia="Calibri" w:hAnsi="Calibri" w:cs="Arial"/>
          <w:sz w:val="24"/>
          <w:szCs w:val="24"/>
        </w:rPr>
        <w:t xml:space="preserve">. </w:t>
      </w:r>
      <w:r w:rsidRPr="00CF1176">
        <w:rPr>
          <w:rFonts w:ascii="Calibri" w:eastAsia="Calibri" w:hAnsi="Calibri" w:cs="Arial"/>
          <w:sz w:val="24"/>
          <w:szCs w:val="24"/>
        </w:rPr>
        <w:t xml:space="preserve"> </w:t>
      </w:r>
    </w:p>
    <w:p w14:paraId="5CC396D3" w14:textId="4F3289C4" w:rsidR="00601829" w:rsidRDefault="00CF1176" w:rsidP="00CF1176">
      <w:pPr>
        <w:spacing w:after="160" w:line="240" w:lineRule="auto"/>
        <w:rPr>
          <w:rFonts w:ascii="Calibri" w:eastAsia="Calibri" w:hAnsi="Calibri" w:cs="Arial"/>
          <w:sz w:val="24"/>
          <w:szCs w:val="24"/>
        </w:rPr>
      </w:pPr>
      <w:r w:rsidRPr="002454B0">
        <w:rPr>
          <w:rFonts w:ascii="Calibri" w:eastAsia="Calibri" w:hAnsi="Calibri" w:cs="Arial"/>
          <w:sz w:val="24"/>
          <w:szCs w:val="24"/>
        </w:rPr>
        <w:t>§4. De ledenlijst</w:t>
      </w:r>
      <w:r w:rsidR="00601829" w:rsidRPr="002454B0">
        <w:rPr>
          <w:rFonts w:ascii="Calibri" w:eastAsia="Calibri" w:hAnsi="Calibri" w:cs="Arial"/>
          <w:sz w:val="24"/>
          <w:szCs w:val="24"/>
        </w:rPr>
        <w:t xml:space="preserve"> die de aanvrag</w:t>
      </w:r>
      <w:r w:rsidR="006C4A39">
        <w:rPr>
          <w:rFonts w:ascii="Calibri" w:eastAsia="Calibri" w:hAnsi="Calibri" w:cs="Arial"/>
          <w:sz w:val="24"/>
          <w:szCs w:val="24"/>
        </w:rPr>
        <w:t>er</w:t>
      </w:r>
      <w:r w:rsidR="00601829" w:rsidRPr="002454B0">
        <w:rPr>
          <w:rFonts w:ascii="Calibri" w:eastAsia="Calibri" w:hAnsi="Calibri" w:cs="Arial"/>
          <w:sz w:val="24"/>
          <w:szCs w:val="24"/>
        </w:rPr>
        <w:t xml:space="preserve"> als onderdeel van de aanvraag dient af te leveren</w:t>
      </w:r>
      <w:r w:rsidRPr="002454B0">
        <w:rPr>
          <w:rFonts w:ascii="Calibri" w:eastAsia="Calibri" w:hAnsi="Calibri" w:cs="Arial"/>
          <w:sz w:val="24"/>
          <w:szCs w:val="24"/>
        </w:rPr>
        <w:t xml:space="preserve"> </w:t>
      </w:r>
      <w:r w:rsidR="00875649" w:rsidRPr="002454B0">
        <w:rPr>
          <w:rFonts w:ascii="Calibri" w:eastAsia="Calibri" w:hAnsi="Calibri" w:cs="Arial"/>
          <w:sz w:val="24"/>
          <w:szCs w:val="24"/>
        </w:rPr>
        <w:t>dient</w:t>
      </w:r>
      <w:r w:rsidRPr="002454B0">
        <w:rPr>
          <w:rFonts w:ascii="Calibri" w:eastAsia="Calibri" w:hAnsi="Calibri" w:cs="Arial"/>
          <w:sz w:val="24"/>
          <w:szCs w:val="24"/>
        </w:rPr>
        <w:t xml:space="preserve"> beveiligd</w:t>
      </w:r>
      <w:r w:rsidR="00601829" w:rsidRPr="002454B0">
        <w:rPr>
          <w:rFonts w:ascii="Calibri" w:eastAsia="Calibri" w:hAnsi="Calibri" w:cs="Arial"/>
          <w:sz w:val="24"/>
          <w:szCs w:val="24"/>
        </w:rPr>
        <w:t xml:space="preserve"> te zijn in die zin dat </w:t>
      </w:r>
      <w:r w:rsidR="002454B0" w:rsidRPr="002454B0">
        <w:rPr>
          <w:rFonts w:ascii="Calibri" w:eastAsia="Calibri" w:hAnsi="Calibri" w:cs="Arial"/>
          <w:sz w:val="24"/>
          <w:szCs w:val="24"/>
        </w:rPr>
        <w:t>het bestand voorzien wordt van een wachtwoord.</w:t>
      </w:r>
      <w:r w:rsidRPr="002454B0">
        <w:rPr>
          <w:rFonts w:ascii="Calibri" w:eastAsia="Calibri" w:hAnsi="Calibri" w:cs="Arial"/>
          <w:sz w:val="24"/>
          <w:szCs w:val="24"/>
        </w:rPr>
        <w:t xml:space="preserve"> </w:t>
      </w:r>
    </w:p>
    <w:p w14:paraId="716CB3CF" w14:textId="16607247" w:rsidR="00F0235D" w:rsidRDefault="00666B5C" w:rsidP="00F0235D">
      <w:pPr>
        <w:spacing w:after="160" w:line="240" w:lineRule="auto"/>
        <w:rPr>
          <w:rFonts w:ascii="Calibri" w:eastAsia="Calibri" w:hAnsi="Calibri" w:cs="Arial"/>
          <w:b/>
          <w:bCs/>
          <w:sz w:val="24"/>
          <w:szCs w:val="24"/>
          <w:u w:val="single"/>
        </w:rPr>
      </w:pPr>
      <w:r w:rsidRPr="00666B5C">
        <w:rPr>
          <w:rFonts w:ascii="Calibri" w:eastAsia="Calibri" w:hAnsi="Calibri" w:cs="Arial"/>
          <w:b/>
          <w:bCs/>
          <w:sz w:val="24"/>
          <w:szCs w:val="24"/>
          <w:u w:val="single"/>
        </w:rPr>
        <w:t>Artikel</w:t>
      </w:r>
      <w:r w:rsidR="002F0E60">
        <w:rPr>
          <w:rFonts w:ascii="Calibri" w:eastAsia="Calibri" w:hAnsi="Calibri" w:cs="Arial"/>
          <w:b/>
          <w:bCs/>
          <w:sz w:val="24"/>
          <w:szCs w:val="24"/>
          <w:u w:val="single"/>
        </w:rPr>
        <w:t xml:space="preserve"> 1</w:t>
      </w:r>
      <w:r w:rsidR="00CF1176">
        <w:rPr>
          <w:rFonts w:ascii="Calibri" w:eastAsia="Calibri" w:hAnsi="Calibri" w:cs="Arial"/>
          <w:b/>
          <w:bCs/>
          <w:sz w:val="24"/>
          <w:szCs w:val="24"/>
          <w:u w:val="single"/>
        </w:rPr>
        <w:t>1</w:t>
      </w:r>
      <w:r w:rsidRPr="00666B5C">
        <w:rPr>
          <w:rFonts w:ascii="Calibri" w:eastAsia="Calibri" w:hAnsi="Calibri" w:cs="Arial"/>
          <w:b/>
          <w:bCs/>
          <w:sz w:val="24"/>
          <w:szCs w:val="24"/>
          <w:u w:val="single"/>
        </w:rPr>
        <w:t xml:space="preserve">. </w:t>
      </w:r>
      <w:r w:rsidR="00F0235D">
        <w:rPr>
          <w:rFonts w:ascii="Calibri" w:eastAsia="Calibri" w:hAnsi="Calibri" w:cs="Arial"/>
          <w:b/>
          <w:bCs/>
          <w:sz w:val="24"/>
          <w:szCs w:val="24"/>
          <w:u w:val="single"/>
        </w:rPr>
        <w:t>Slotbepalingen</w:t>
      </w:r>
    </w:p>
    <w:p w14:paraId="0EA82796" w14:textId="7DFC7639" w:rsidR="00637063" w:rsidRDefault="00637063" w:rsidP="00637063">
      <w:pPr>
        <w:spacing w:after="160" w:line="240" w:lineRule="auto"/>
        <w:rPr>
          <w:rFonts w:ascii="Calibri" w:eastAsia="Calibri" w:hAnsi="Calibri" w:cs="Arial"/>
          <w:sz w:val="24"/>
          <w:szCs w:val="24"/>
        </w:rPr>
      </w:pPr>
      <w:r>
        <w:rPr>
          <w:rFonts w:ascii="Calibri" w:eastAsia="Calibri" w:hAnsi="Calibri" w:cs="Arial"/>
          <w:sz w:val="24"/>
          <w:szCs w:val="24"/>
        </w:rPr>
        <w:t>§1. Dit reglement wordt bekendgemaakt conform artikel 286-287 DLB.</w:t>
      </w:r>
    </w:p>
    <w:p w14:paraId="17505B5A" w14:textId="10A10D94" w:rsidR="00F0235D" w:rsidRDefault="00F0235D" w:rsidP="00F0235D">
      <w:pPr>
        <w:spacing w:after="160" w:line="240" w:lineRule="auto"/>
        <w:rPr>
          <w:rFonts w:ascii="Calibri" w:eastAsia="Calibri" w:hAnsi="Calibri" w:cs="Arial"/>
          <w:sz w:val="24"/>
          <w:szCs w:val="24"/>
        </w:rPr>
      </w:pPr>
      <w:r>
        <w:rPr>
          <w:rFonts w:ascii="Calibri" w:eastAsia="Calibri" w:hAnsi="Calibri" w:cs="Arial"/>
          <w:sz w:val="24"/>
          <w:szCs w:val="24"/>
        </w:rPr>
        <w:t>§</w:t>
      </w:r>
      <w:r w:rsidR="00637063">
        <w:rPr>
          <w:rFonts w:ascii="Calibri" w:eastAsia="Calibri" w:hAnsi="Calibri" w:cs="Arial"/>
          <w:sz w:val="24"/>
          <w:szCs w:val="24"/>
        </w:rPr>
        <w:t>2.</w:t>
      </w:r>
      <w:r>
        <w:rPr>
          <w:rFonts w:ascii="Calibri" w:eastAsia="Calibri" w:hAnsi="Calibri" w:cs="Arial"/>
          <w:sz w:val="24"/>
          <w:szCs w:val="24"/>
        </w:rPr>
        <w:t xml:space="preserve"> Dit reglement treedt</w:t>
      </w:r>
      <w:r w:rsidR="00C343C5">
        <w:rPr>
          <w:rFonts w:ascii="Calibri" w:eastAsia="Calibri" w:hAnsi="Calibri" w:cs="Arial"/>
          <w:sz w:val="24"/>
          <w:szCs w:val="24"/>
        </w:rPr>
        <w:t xml:space="preserve"> onmiddellijk</w:t>
      </w:r>
      <w:r>
        <w:rPr>
          <w:rFonts w:ascii="Calibri" w:eastAsia="Calibri" w:hAnsi="Calibri" w:cs="Arial"/>
          <w:sz w:val="24"/>
          <w:szCs w:val="24"/>
        </w:rPr>
        <w:t xml:space="preserve"> in werking</w:t>
      </w:r>
      <w:r w:rsidR="00C343C5">
        <w:rPr>
          <w:rFonts w:ascii="Calibri" w:eastAsia="Calibri" w:hAnsi="Calibri" w:cs="Arial"/>
          <w:sz w:val="24"/>
          <w:szCs w:val="24"/>
        </w:rPr>
        <w:t xml:space="preserve"> na goedkeuring ervan door de gemeenteraad. </w:t>
      </w:r>
    </w:p>
    <w:p w14:paraId="65ADF032" w14:textId="53809292" w:rsidR="00FE7C26" w:rsidRDefault="00FE7C26" w:rsidP="00FE7C26">
      <w:pPr>
        <w:spacing w:after="160" w:line="240" w:lineRule="auto"/>
        <w:rPr>
          <w:rFonts w:ascii="Calibri" w:eastAsia="Calibri" w:hAnsi="Calibri" w:cs="Arial"/>
          <w:sz w:val="24"/>
          <w:szCs w:val="24"/>
        </w:rPr>
      </w:pPr>
      <w:r>
        <w:rPr>
          <w:rFonts w:ascii="Calibri" w:eastAsia="Calibri" w:hAnsi="Calibri" w:cs="Arial"/>
          <w:sz w:val="24"/>
          <w:szCs w:val="24"/>
        </w:rPr>
        <w:t>§3. Dit reglement vervangt alle voorgaande reglementen.</w:t>
      </w:r>
    </w:p>
    <w:p w14:paraId="113BEC67" w14:textId="494D5CFD" w:rsidR="00F0235D" w:rsidRDefault="00F0235D" w:rsidP="00F0235D">
      <w:pPr>
        <w:spacing w:after="160" w:line="240" w:lineRule="auto"/>
        <w:rPr>
          <w:rFonts w:ascii="Calibri" w:eastAsia="Calibri" w:hAnsi="Calibri" w:cs="Arial"/>
          <w:sz w:val="24"/>
          <w:szCs w:val="24"/>
        </w:rPr>
      </w:pPr>
      <w:r>
        <w:rPr>
          <w:rFonts w:ascii="Calibri" w:eastAsia="Calibri" w:hAnsi="Calibri" w:cs="Arial"/>
          <w:sz w:val="24"/>
          <w:szCs w:val="24"/>
        </w:rPr>
        <w:t>§</w:t>
      </w:r>
      <w:r w:rsidR="00FE7C26">
        <w:rPr>
          <w:rFonts w:ascii="Calibri" w:eastAsia="Calibri" w:hAnsi="Calibri" w:cs="Arial"/>
          <w:sz w:val="24"/>
          <w:szCs w:val="24"/>
        </w:rPr>
        <w:t>4</w:t>
      </w:r>
      <w:r>
        <w:rPr>
          <w:rFonts w:ascii="Calibri" w:eastAsia="Calibri" w:hAnsi="Calibri" w:cs="Arial"/>
          <w:sz w:val="24"/>
          <w:szCs w:val="24"/>
        </w:rPr>
        <w:t>. Een afschrift van dit reglement wordt conform artikel 119 Nieuwe Gemeentewet overgemaakt aan de Bestendige Deputatie, de griffie van de Politierechtbank en de griffie van de rechtbank van eerste aanleg.</w:t>
      </w:r>
    </w:p>
    <w:sectPr w:rsidR="00F0235D" w:rsidSect="00034616">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6FFDF" w14:textId="77777777" w:rsidR="000A6050" w:rsidRDefault="000A6050" w:rsidP="003E206B">
      <w:pPr>
        <w:spacing w:after="0" w:line="240" w:lineRule="auto"/>
      </w:pPr>
      <w:r>
        <w:separator/>
      </w:r>
    </w:p>
  </w:endnote>
  <w:endnote w:type="continuationSeparator" w:id="0">
    <w:p w14:paraId="3D1C24B1" w14:textId="77777777" w:rsidR="000A6050" w:rsidRDefault="000A6050" w:rsidP="003E2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843275"/>
      <w:docPartObj>
        <w:docPartGallery w:val="Page Numbers (Bottom of Page)"/>
        <w:docPartUnique/>
      </w:docPartObj>
    </w:sdtPr>
    <w:sdtEndPr/>
    <w:sdtContent>
      <w:sdt>
        <w:sdtPr>
          <w:id w:val="-1769616900"/>
          <w:docPartObj>
            <w:docPartGallery w:val="Page Numbers (Top of Page)"/>
            <w:docPartUnique/>
          </w:docPartObj>
        </w:sdtPr>
        <w:sdtEndPr/>
        <w:sdtContent>
          <w:p w14:paraId="1219D8B8" w14:textId="78359240" w:rsidR="003E206B" w:rsidRDefault="003E206B">
            <w:pPr>
              <w:pStyle w:val="Voettekst"/>
              <w:jc w:val="right"/>
            </w:pPr>
            <w:r>
              <w:rPr>
                <w:lang w:val="nl-NL"/>
              </w:rPr>
              <w:t xml:space="preserve">Pagina </w:t>
            </w:r>
            <w:r>
              <w:rPr>
                <w:b/>
                <w:bCs/>
                <w:sz w:val="24"/>
                <w:szCs w:val="24"/>
              </w:rPr>
              <w:fldChar w:fldCharType="begin"/>
            </w:r>
            <w:r>
              <w:rPr>
                <w:b/>
                <w:bCs/>
              </w:rPr>
              <w:instrText>PAGE</w:instrText>
            </w:r>
            <w:r>
              <w:rPr>
                <w:b/>
                <w:bCs/>
                <w:sz w:val="24"/>
                <w:szCs w:val="24"/>
              </w:rPr>
              <w:fldChar w:fldCharType="separate"/>
            </w:r>
            <w:r>
              <w:rPr>
                <w:b/>
                <w:bCs/>
                <w:lang w:val="nl-NL"/>
              </w:rPr>
              <w:t>2</w:t>
            </w:r>
            <w:r>
              <w:rPr>
                <w:b/>
                <w:bCs/>
                <w:sz w:val="24"/>
                <w:szCs w:val="24"/>
              </w:rPr>
              <w:fldChar w:fldCharType="end"/>
            </w:r>
            <w:r>
              <w:rPr>
                <w:lang w:val="nl-NL"/>
              </w:rPr>
              <w:t xml:space="preserve"> van </w:t>
            </w:r>
            <w:r>
              <w:rPr>
                <w:b/>
                <w:bCs/>
                <w:sz w:val="24"/>
                <w:szCs w:val="24"/>
              </w:rPr>
              <w:fldChar w:fldCharType="begin"/>
            </w:r>
            <w:r>
              <w:rPr>
                <w:b/>
                <w:bCs/>
              </w:rPr>
              <w:instrText>NUMPAGES</w:instrText>
            </w:r>
            <w:r>
              <w:rPr>
                <w:b/>
                <w:bCs/>
                <w:sz w:val="24"/>
                <w:szCs w:val="24"/>
              </w:rPr>
              <w:fldChar w:fldCharType="separate"/>
            </w:r>
            <w:r>
              <w:rPr>
                <w:b/>
                <w:bCs/>
                <w:lang w:val="nl-NL"/>
              </w:rPr>
              <w:t>2</w:t>
            </w:r>
            <w:r>
              <w:rPr>
                <w:b/>
                <w:bCs/>
                <w:sz w:val="24"/>
                <w:szCs w:val="24"/>
              </w:rPr>
              <w:fldChar w:fldCharType="end"/>
            </w:r>
          </w:p>
        </w:sdtContent>
      </w:sdt>
    </w:sdtContent>
  </w:sdt>
  <w:p w14:paraId="758A2DAB" w14:textId="77777777" w:rsidR="003E206B" w:rsidRDefault="003E20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BE6B8" w14:textId="77777777" w:rsidR="000A6050" w:rsidRDefault="000A6050" w:rsidP="003E206B">
      <w:pPr>
        <w:spacing w:after="0" w:line="240" w:lineRule="auto"/>
      </w:pPr>
      <w:r>
        <w:separator/>
      </w:r>
    </w:p>
  </w:footnote>
  <w:footnote w:type="continuationSeparator" w:id="0">
    <w:p w14:paraId="0BAF6D49" w14:textId="77777777" w:rsidR="000A6050" w:rsidRDefault="000A6050" w:rsidP="003E206B">
      <w:pPr>
        <w:spacing w:after="0" w:line="240" w:lineRule="auto"/>
      </w:pPr>
      <w:r>
        <w:continuationSeparator/>
      </w:r>
    </w:p>
  </w:footnote>
  <w:footnote w:id="1">
    <w:p w14:paraId="69C74C5B" w14:textId="638F9459" w:rsidR="006C3C73" w:rsidRDefault="006C3C73">
      <w:pPr>
        <w:pStyle w:val="Voetnoottekst"/>
      </w:pPr>
      <w:r>
        <w:rPr>
          <w:rStyle w:val="Voetnootmarkering"/>
        </w:rPr>
        <w:footnoteRef/>
      </w:r>
      <w:r>
        <w:t xml:space="preserve"> Met het beveiligen van de </w:t>
      </w:r>
      <w:proofErr w:type="spellStart"/>
      <w:r>
        <w:t>excellijst</w:t>
      </w:r>
      <w:proofErr w:type="spellEnd"/>
      <w:r>
        <w:t xml:space="preserve"> wordt bedoeld dat d</w:t>
      </w:r>
      <w:r w:rsidR="00601829">
        <w:t xml:space="preserve">e werkmap </w:t>
      </w:r>
      <w:r>
        <w:t xml:space="preserve">voorzien wordt van een </w:t>
      </w:r>
      <w:r w:rsidR="00601829">
        <w:t>wacht</w:t>
      </w:r>
      <w:r>
        <w:t xml:space="preserve">woord.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1F95AEE"/>
    <w:multiLevelType w:val="hybridMultilevel"/>
    <w:tmpl w:val="6094AD3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07ED5264"/>
    <w:multiLevelType w:val="hybridMultilevel"/>
    <w:tmpl w:val="6094AD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DEB3167"/>
    <w:multiLevelType w:val="hybridMultilevel"/>
    <w:tmpl w:val="E69EE832"/>
    <w:lvl w:ilvl="0" w:tplc="86307A30">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1C9538AB"/>
    <w:multiLevelType w:val="hybridMultilevel"/>
    <w:tmpl w:val="5D422D0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1CFC304F"/>
    <w:multiLevelType w:val="hybridMultilevel"/>
    <w:tmpl w:val="6688F6B2"/>
    <w:lvl w:ilvl="0" w:tplc="F0CC4F16">
      <w:start w:val="5"/>
      <w:numFmt w:val="bullet"/>
      <w:lvlText w:val="-"/>
      <w:lvlJc w:val="left"/>
      <w:pPr>
        <w:ind w:left="720" w:hanging="360"/>
      </w:pPr>
      <w:rPr>
        <w:rFonts w:ascii="Open Sans" w:eastAsiaTheme="minorHAnsi" w:hAnsi="Open Sans" w:cs="Open San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00E793A"/>
    <w:multiLevelType w:val="hybridMultilevel"/>
    <w:tmpl w:val="08503728"/>
    <w:lvl w:ilvl="0" w:tplc="2DA46982">
      <w:start w:val="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2F673D6"/>
    <w:multiLevelType w:val="hybridMultilevel"/>
    <w:tmpl w:val="B4FEFA84"/>
    <w:lvl w:ilvl="0" w:tplc="A54A87EA">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B974B29"/>
    <w:multiLevelType w:val="hybridMultilevel"/>
    <w:tmpl w:val="636205DA"/>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7" w15:restartNumberingAfterBreak="0">
    <w:nsid w:val="444F4E49"/>
    <w:multiLevelType w:val="multilevel"/>
    <w:tmpl w:val="FF32E5D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56F53C78"/>
    <w:multiLevelType w:val="hybridMultilevel"/>
    <w:tmpl w:val="07906C1C"/>
    <w:lvl w:ilvl="0" w:tplc="5B1236C8">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A1C39A8"/>
    <w:multiLevelType w:val="hybridMultilevel"/>
    <w:tmpl w:val="5DA4EF96"/>
    <w:lvl w:ilvl="0" w:tplc="0813000F">
      <w:start w:val="1"/>
      <w:numFmt w:val="decimal"/>
      <w:lvlText w:val="%1."/>
      <w:lvlJc w:val="left"/>
      <w:pPr>
        <w:ind w:left="2160" w:hanging="360"/>
      </w:pPr>
    </w:lvl>
    <w:lvl w:ilvl="1" w:tplc="08130019" w:tentative="1">
      <w:start w:val="1"/>
      <w:numFmt w:val="lowerLetter"/>
      <w:lvlText w:val="%2."/>
      <w:lvlJc w:val="left"/>
      <w:pPr>
        <w:ind w:left="2880" w:hanging="360"/>
      </w:pPr>
    </w:lvl>
    <w:lvl w:ilvl="2" w:tplc="0813001B" w:tentative="1">
      <w:start w:val="1"/>
      <w:numFmt w:val="lowerRoman"/>
      <w:lvlText w:val="%3."/>
      <w:lvlJc w:val="right"/>
      <w:pPr>
        <w:ind w:left="3600" w:hanging="180"/>
      </w:pPr>
    </w:lvl>
    <w:lvl w:ilvl="3" w:tplc="0813000F" w:tentative="1">
      <w:start w:val="1"/>
      <w:numFmt w:val="decimal"/>
      <w:lvlText w:val="%4."/>
      <w:lvlJc w:val="left"/>
      <w:pPr>
        <w:ind w:left="4320" w:hanging="360"/>
      </w:pPr>
    </w:lvl>
    <w:lvl w:ilvl="4" w:tplc="08130019" w:tentative="1">
      <w:start w:val="1"/>
      <w:numFmt w:val="lowerLetter"/>
      <w:lvlText w:val="%5."/>
      <w:lvlJc w:val="left"/>
      <w:pPr>
        <w:ind w:left="5040" w:hanging="360"/>
      </w:pPr>
    </w:lvl>
    <w:lvl w:ilvl="5" w:tplc="0813001B" w:tentative="1">
      <w:start w:val="1"/>
      <w:numFmt w:val="lowerRoman"/>
      <w:lvlText w:val="%6."/>
      <w:lvlJc w:val="right"/>
      <w:pPr>
        <w:ind w:left="5760" w:hanging="180"/>
      </w:pPr>
    </w:lvl>
    <w:lvl w:ilvl="6" w:tplc="0813000F" w:tentative="1">
      <w:start w:val="1"/>
      <w:numFmt w:val="decimal"/>
      <w:lvlText w:val="%7."/>
      <w:lvlJc w:val="left"/>
      <w:pPr>
        <w:ind w:left="6480" w:hanging="360"/>
      </w:pPr>
    </w:lvl>
    <w:lvl w:ilvl="7" w:tplc="08130019" w:tentative="1">
      <w:start w:val="1"/>
      <w:numFmt w:val="lowerLetter"/>
      <w:lvlText w:val="%8."/>
      <w:lvlJc w:val="left"/>
      <w:pPr>
        <w:ind w:left="7200" w:hanging="360"/>
      </w:pPr>
    </w:lvl>
    <w:lvl w:ilvl="8" w:tplc="0813001B" w:tentative="1">
      <w:start w:val="1"/>
      <w:numFmt w:val="lowerRoman"/>
      <w:lvlText w:val="%9."/>
      <w:lvlJc w:val="right"/>
      <w:pPr>
        <w:ind w:left="7920" w:hanging="180"/>
      </w:pPr>
    </w:lvl>
  </w:abstractNum>
  <w:abstractNum w:abstractNumId="20" w15:restartNumberingAfterBreak="0">
    <w:nsid w:val="68460B46"/>
    <w:multiLevelType w:val="hybridMultilevel"/>
    <w:tmpl w:val="0F58FE58"/>
    <w:lvl w:ilvl="0" w:tplc="C17648F4">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7542304F"/>
    <w:multiLevelType w:val="hybridMultilevel"/>
    <w:tmpl w:val="1C1E1FB8"/>
    <w:lvl w:ilvl="0" w:tplc="86307A3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409034109">
    <w:abstractNumId w:val="8"/>
  </w:num>
  <w:num w:numId="2" w16cid:durableId="1581982552">
    <w:abstractNumId w:val="6"/>
  </w:num>
  <w:num w:numId="3" w16cid:durableId="1517574801">
    <w:abstractNumId w:val="5"/>
  </w:num>
  <w:num w:numId="4" w16cid:durableId="1925411092">
    <w:abstractNumId w:val="4"/>
  </w:num>
  <w:num w:numId="5" w16cid:durableId="112403018">
    <w:abstractNumId w:val="7"/>
  </w:num>
  <w:num w:numId="6" w16cid:durableId="838732282">
    <w:abstractNumId w:val="3"/>
  </w:num>
  <w:num w:numId="7" w16cid:durableId="793207170">
    <w:abstractNumId w:val="2"/>
  </w:num>
  <w:num w:numId="8" w16cid:durableId="1470124616">
    <w:abstractNumId w:val="1"/>
  </w:num>
  <w:num w:numId="9" w16cid:durableId="1774789629">
    <w:abstractNumId w:val="0"/>
  </w:num>
  <w:num w:numId="10" w16cid:durableId="2045397022">
    <w:abstractNumId w:val="9"/>
  </w:num>
  <w:num w:numId="11" w16cid:durableId="174808852">
    <w:abstractNumId w:val="16"/>
  </w:num>
  <w:num w:numId="12" w16cid:durableId="1701081708">
    <w:abstractNumId w:val="19"/>
  </w:num>
  <w:num w:numId="13" w16cid:durableId="1533180138">
    <w:abstractNumId w:val="21"/>
  </w:num>
  <w:num w:numId="14" w16cid:durableId="1872113049">
    <w:abstractNumId w:val="11"/>
  </w:num>
  <w:num w:numId="15" w16cid:durableId="1961184258">
    <w:abstractNumId w:val="12"/>
  </w:num>
  <w:num w:numId="16" w16cid:durableId="280456150">
    <w:abstractNumId w:val="10"/>
  </w:num>
  <w:num w:numId="17" w16cid:durableId="1070886094">
    <w:abstractNumId w:val="20"/>
  </w:num>
  <w:num w:numId="18" w16cid:durableId="95757297">
    <w:abstractNumId w:val="14"/>
  </w:num>
  <w:num w:numId="19" w16cid:durableId="1511487890">
    <w:abstractNumId w:val="18"/>
  </w:num>
  <w:num w:numId="20" w16cid:durableId="1117333589">
    <w:abstractNumId w:val="13"/>
  </w:num>
  <w:num w:numId="21" w16cid:durableId="1470124887">
    <w:abstractNumId w:val="15"/>
  </w:num>
  <w:num w:numId="22" w16cid:durableId="13706428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B8B"/>
    <w:rsid w:val="0006063C"/>
    <w:rsid w:val="00082A35"/>
    <w:rsid w:val="000A2BBF"/>
    <w:rsid w:val="000A6050"/>
    <w:rsid w:val="00102BC5"/>
    <w:rsid w:val="00127CB0"/>
    <w:rsid w:val="0015074B"/>
    <w:rsid w:val="00151F94"/>
    <w:rsid w:val="0015262A"/>
    <w:rsid w:val="00166D8E"/>
    <w:rsid w:val="00184834"/>
    <w:rsid w:val="001E44D0"/>
    <w:rsid w:val="001E724C"/>
    <w:rsid w:val="001F4EBC"/>
    <w:rsid w:val="001F5DB5"/>
    <w:rsid w:val="00202E6D"/>
    <w:rsid w:val="00215D2B"/>
    <w:rsid w:val="0021686A"/>
    <w:rsid w:val="00224C92"/>
    <w:rsid w:val="0024468B"/>
    <w:rsid w:val="002454B0"/>
    <w:rsid w:val="00253204"/>
    <w:rsid w:val="0026196C"/>
    <w:rsid w:val="00291DAA"/>
    <w:rsid w:val="0029639D"/>
    <w:rsid w:val="002F0E60"/>
    <w:rsid w:val="00305C48"/>
    <w:rsid w:val="0031043B"/>
    <w:rsid w:val="00316020"/>
    <w:rsid w:val="00326F90"/>
    <w:rsid w:val="00347090"/>
    <w:rsid w:val="00356054"/>
    <w:rsid w:val="00361378"/>
    <w:rsid w:val="00382C42"/>
    <w:rsid w:val="00383CC9"/>
    <w:rsid w:val="00394973"/>
    <w:rsid w:val="003C4A19"/>
    <w:rsid w:val="003C6386"/>
    <w:rsid w:val="003E206B"/>
    <w:rsid w:val="003F1AC1"/>
    <w:rsid w:val="004060B3"/>
    <w:rsid w:val="00415E3B"/>
    <w:rsid w:val="004242D9"/>
    <w:rsid w:val="004512DF"/>
    <w:rsid w:val="00452507"/>
    <w:rsid w:val="00455D2C"/>
    <w:rsid w:val="004A29BF"/>
    <w:rsid w:val="004B1130"/>
    <w:rsid w:val="004B4F44"/>
    <w:rsid w:val="004B52DF"/>
    <w:rsid w:val="004B5F9C"/>
    <w:rsid w:val="004D07C1"/>
    <w:rsid w:val="00534BDC"/>
    <w:rsid w:val="0058798A"/>
    <w:rsid w:val="00592A59"/>
    <w:rsid w:val="005B7CAB"/>
    <w:rsid w:val="005E56E5"/>
    <w:rsid w:val="00601829"/>
    <w:rsid w:val="00615705"/>
    <w:rsid w:val="00637063"/>
    <w:rsid w:val="00666B5C"/>
    <w:rsid w:val="006870AD"/>
    <w:rsid w:val="006960C2"/>
    <w:rsid w:val="006C1BE3"/>
    <w:rsid w:val="006C3C73"/>
    <w:rsid w:val="006C4A39"/>
    <w:rsid w:val="006E16C7"/>
    <w:rsid w:val="0071719D"/>
    <w:rsid w:val="00736B5E"/>
    <w:rsid w:val="007429B9"/>
    <w:rsid w:val="007474B2"/>
    <w:rsid w:val="00780AA8"/>
    <w:rsid w:val="007E6AAA"/>
    <w:rsid w:val="007F7A55"/>
    <w:rsid w:val="008463CD"/>
    <w:rsid w:val="00857F07"/>
    <w:rsid w:val="00875649"/>
    <w:rsid w:val="00882AA6"/>
    <w:rsid w:val="008B0DF5"/>
    <w:rsid w:val="008C7502"/>
    <w:rsid w:val="008D373D"/>
    <w:rsid w:val="008E3056"/>
    <w:rsid w:val="008E33A1"/>
    <w:rsid w:val="008E5C2F"/>
    <w:rsid w:val="008E60A1"/>
    <w:rsid w:val="008E697F"/>
    <w:rsid w:val="008F5987"/>
    <w:rsid w:val="00954A29"/>
    <w:rsid w:val="00960880"/>
    <w:rsid w:val="009C5CF6"/>
    <w:rsid w:val="00A3296F"/>
    <w:rsid w:val="00A55D73"/>
    <w:rsid w:val="00A65587"/>
    <w:rsid w:val="00AA1D8D"/>
    <w:rsid w:val="00AE4A21"/>
    <w:rsid w:val="00B00F7A"/>
    <w:rsid w:val="00B27207"/>
    <w:rsid w:val="00B36361"/>
    <w:rsid w:val="00B47730"/>
    <w:rsid w:val="00B7779D"/>
    <w:rsid w:val="00BB52FF"/>
    <w:rsid w:val="00C0144E"/>
    <w:rsid w:val="00C343C5"/>
    <w:rsid w:val="00C36231"/>
    <w:rsid w:val="00C43992"/>
    <w:rsid w:val="00C56BFA"/>
    <w:rsid w:val="00C7253C"/>
    <w:rsid w:val="00CB0664"/>
    <w:rsid w:val="00CF1176"/>
    <w:rsid w:val="00D218EB"/>
    <w:rsid w:val="00D4799E"/>
    <w:rsid w:val="00D5155E"/>
    <w:rsid w:val="00D64224"/>
    <w:rsid w:val="00D74DBE"/>
    <w:rsid w:val="00D84CF2"/>
    <w:rsid w:val="00DA6C95"/>
    <w:rsid w:val="00DB17DE"/>
    <w:rsid w:val="00E0356D"/>
    <w:rsid w:val="00E5093D"/>
    <w:rsid w:val="00E75043"/>
    <w:rsid w:val="00E96729"/>
    <w:rsid w:val="00EC38D2"/>
    <w:rsid w:val="00ED2D45"/>
    <w:rsid w:val="00EF7244"/>
    <w:rsid w:val="00F0235D"/>
    <w:rsid w:val="00F112B7"/>
    <w:rsid w:val="00F3103B"/>
    <w:rsid w:val="00F4730B"/>
    <w:rsid w:val="00F52DF6"/>
    <w:rsid w:val="00F96C2D"/>
    <w:rsid w:val="00FC693F"/>
    <w:rsid w:val="00FE7C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95F400A"/>
  <w14:defaultImageDpi w14:val="300"/>
  <w15:docId w15:val="{47723B72-A508-4071-B458-FD8472668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lang w:val="nl-BE"/>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316020"/>
    <w:rPr>
      <w:color w:val="0000FF" w:themeColor="hyperlink"/>
      <w:u w:val="single"/>
    </w:rPr>
  </w:style>
  <w:style w:type="character" w:styleId="Onopgelostemelding">
    <w:name w:val="Unresolved Mention"/>
    <w:basedOn w:val="Standaardalinea-lettertype"/>
    <w:uiPriority w:val="99"/>
    <w:semiHidden/>
    <w:unhideWhenUsed/>
    <w:rsid w:val="00316020"/>
    <w:rPr>
      <w:color w:val="605E5C"/>
      <w:shd w:val="clear" w:color="auto" w:fill="E1DFDD"/>
    </w:rPr>
  </w:style>
  <w:style w:type="character" w:styleId="Verwijzingopmerking">
    <w:name w:val="annotation reference"/>
    <w:basedOn w:val="Standaardalinea-lettertype"/>
    <w:uiPriority w:val="99"/>
    <w:semiHidden/>
    <w:unhideWhenUsed/>
    <w:rsid w:val="004A29BF"/>
    <w:rPr>
      <w:sz w:val="16"/>
      <w:szCs w:val="16"/>
    </w:rPr>
  </w:style>
  <w:style w:type="paragraph" w:styleId="Tekstopmerking">
    <w:name w:val="annotation text"/>
    <w:basedOn w:val="Standaard"/>
    <w:link w:val="TekstopmerkingChar"/>
    <w:uiPriority w:val="99"/>
    <w:unhideWhenUsed/>
    <w:rsid w:val="004A29BF"/>
    <w:pPr>
      <w:spacing w:line="240" w:lineRule="auto"/>
    </w:pPr>
    <w:rPr>
      <w:sz w:val="20"/>
      <w:szCs w:val="20"/>
    </w:rPr>
  </w:style>
  <w:style w:type="character" w:customStyle="1" w:styleId="TekstopmerkingChar">
    <w:name w:val="Tekst opmerking Char"/>
    <w:basedOn w:val="Standaardalinea-lettertype"/>
    <w:link w:val="Tekstopmerking"/>
    <w:uiPriority w:val="99"/>
    <w:rsid w:val="004A29BF"/>
    <w:rPr>
      <w:sz w:val="20"/>
      <w:szCs w:val="20"/>
      <w:lang w:val="nl-BE"/>
    </w:rPr>
  </w:style>
  <w:style w:type="paragraph" w:styleId="Onderwerpvanopmerking">
    <w:name w:val="annotation subject"/>
    <w:basedOn w:val="Tekstopmerking"/>
    <w:next w:val="Tekstopmerking"/>
    <w:link w:val="OnderwerpvanopmerkingChar"/>
    <w:uiPriority w:val="99"/>
    <w:semiHidden/>
    <w:unhideWhenUsed/>
    <w:rsid w:val="004A29BF"/>
    <w:rPr>
      <w:b/>
      <w:bCs/>
    </w:rPr>
  </w:style>
  <w:style w:type="character" w:customStyle="1" w:styleId="OnderwerpvanopmerkingChar">
    <w:name w:val="Onderwerp van opmerking Char"/>
    <w:basedOn w:val="TekstopmerkingChar"/>
    <w:link w:val="Onderwerpvanopmerking"/>
    <w:uiPriority w:val="99"/>
    <w:semiHidden/>
    <w:rsid w:val="004A29BF"/>
    <w:rPr>
      <w:b/>
      <w:bCs/>
      <w:sz w:val="20"/>
      <w:szCs w:val="20"/>
      <w:lang w:val="nl-BE"/>
    </w:rPr>
  </w:style>
  <w:style w:type="paragraph" w:styleId="Voetnoottekst">
    <w:name w:val="footnote text"/>
    <w:basedOn w:val="Standaard"/>
    <w:link w:val="VoetnoottekstChar"/>
    <w:uiPriority w:val="99"/>
    <w:semiHidden/>
    <w:unhideWhenUsed/>
    <w:rsid w:val="006C3C73"/>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C3C73"/>
    <w:rPr>
      <w:sz w:val="20"/>
      <w:szCs w:val="20"/>
      <w:lang w:val="nl-BE"/>
    </w:rPr>
  </w:style>
  <w:style w:type="character" w:styleId="Voetnootmarkering">
    <w:name w:val="footnote reference"/>
    <w:basedOn w:val="Standaardalinea-lettertype"/>
    <w:uiPriority w:val="99"/>
    <w:semiHidden/>
    <w:unhideWhenUsed/>
    <w:rsid w:val="006C3C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02746">
      <w:bodyDiv w:val="1"/>
      <w:marLeft w:val="0"/>
      <w:marRight w:val="0"/>
      <w:marTop w:val="0"/>
      <w:marBottom w:val="0"/>
      <w:divBdr>
        <w:top w:val="none" w:sz="0" w:space="0" w:color="auto"/>
        <w:left w:val="none" w:sz="0" w:space="0" w:color="auto"/>
        <w:bottom w:val="none" w:sz="0" w:space="0" w:color="auto"/>
        <w:right w:val="none" w:sz="0" w:space="0" w:color="auto"/>
      </w:divBdr>
    </w:div>
    <w:div w:id="260644669">
      <w:bodyDiv w:val="1"/>
      <w:marLeft w:val="0"/>
      <w:marRight w:val="0"/>
      <w:marTop w:val="0"/>
      <w:marBottom w:val="0"/>
      <w:divBdr>
        <w:top w:val="none" w:sz="0" w:space="0" w:color="auto"/>
        <w:left w:val="none" w:sz="0" w:space="0" w:color="auto"/>
        <w:bottom w:val="none" w:sz="0" w:space="0" w:color="auto"/>
        <w:right w:val="none" w:sz="0" w:space="0" w:color="auto"/>
      </w:divBdr>
    </w:div>
    <w:div w:id="511140898">
      <w:bodyDiv w:val="1"/>
      <w:marLeft w:val="0"/>
      <w:marRight w:val="0"/>
      <w:marTop w:val="0"/>
      <w:marBottom w:val="0"/>
      <w:divBdr>
        <w:top w:val="none" w:sz="0" w:space="0" w:color="auto"/>
        <w:left w:val="none" w:sz="0" w:space="0" w:color="auto"/>
        <w:bottom w:val="none" w:sz="0" w:space="0" w:color="auto"/>
        <w:right w:val="none" w:sz="0" w:space="0" w:color="auto"/>
      </w:divBdr>
    </w:div>
    <w:div w:id="685517034">
      <w:bodyDiv w:val="1"/>
      <w:marLeft w:val="0"/>
      <w:marRight w:val="0"/>
      <w:marTop w:val="0"/>
      <w:marBottom w:val="0"/>
      <w:divBdr>
        <w:top w:val="none" w:sz="0" w:space="0" w:color="auto"/>
        <w:left w:val="none" w:sz="0" w:space="0" w:color="auto"/>
        <w:bottom w:val="none" w:sz="0" w:space="0" w:color="auto"/>
        <w:right w:val="none" w:sz="0" w:space="0" w:color="auto"/>
      </w:divBdr>
    </w:div>
    <w:div w:id="841824254">
      <w:bodyDiv w:val="1"/>
      <w:marLeft w:val="0"/>
      <w:marRight w:val="0"/>
      <w:marTop w:val="0"/>
      <w:marBottom w:val="0"/>
      <w:divBdr>
        <w:top w:val="none" w:sz="0" w:space="0" w:color="auto"/>
        <w:left w:val="none" w:sz="0" w:space="0" w:color="auto"/>
        <w:bottom w:val="none" w:sz="0" w:space="0" w:color="auto"/>
        <w:right w:val="none" w:sz="0" w:space="0" w:color="auto"/>
      </w:divBdr>
    </w:div>
    <w:div w:id="998382532">
      <w:bodyDiv w:val="1"/>
      <w:marLeft w:val="0"/>
      <w:marRight w:val="0"/>
      <w:marTop w:val="0"/>
      <w:marBottom w:val="0"/>
      <w:divBdr>
        <w:top w:val="none" w:sz="0" w:space="0" w:color="auto"/>
        <w:left w:val="none" w:sz="0" w:space="0" w:color="auto"/>
        <w:bottom w:val="none" w:sz="0" w:space="0" w:color="auto"/>
        <w:right w:val="none" w:sz="0" w:space="0" w:color="auto"/>
      </w:divBdr>
    </w:div>
    <w:div w:id="1037856899">
      <w:bodyDiv w:val="1"/>
      <w:marLeft w:val="0"/>
      <w:marRight w:val="0"/>
      <w:marTop w:val="0"/>
      <w:marBottom w:val="0"/>
      <w:divBdr>
        <w:top w:val="none" w:sz="0" w:space="0" w:color="auto"/>
        <w:left w:val="none" w:sz="0" w:space="0" w:color="auto"/>
        <w:bottom w:val="none" w:sz="0" w:space="0" w:color="auto"/>
        <w:right w:val="none" w:sz="0" w:space="0" w:color="auto"/>
      </w:divBdr>
    </w:div>
    <w:div w:id="1179538601">
      <w:bodyDiv w:val="1"/>
      <w:marLeft w:val="0"/>
      <w:marRight w:val="0"/>
      <w:marTop w:val="0"/>
      <w:marBottom w:val="0"/>
      <w:divBdr>
        <w:top w:val="none" w:sz="0" w:space="0" w:color="auto"/>
        <w:left w:val="none" w:sz="0" w:space="0" w:color="auto"/>
        <w:bottom w:val="none" w:sz="0" w:space="0" w:color="auto"/>
        <w:right w:val="none" w:sz="0" w:space="0" w:color="auto"/>
      </w:divBdr>
    </w:div>
    <w:div w:id="1578129256">
      <w:bodyDiv w:val="1"/>
      <w:marLeft w:val="0"/>
      <w:marRight w:val="0"/>
      <w:marTop w:val="0"/>
      <w:marBottom w:val="0"/>
      <w:divBdr>
        <w:top w:val="none" w:sz="0" w:space="0" w:color="auto"/>
        <w:left w:val="none" w:sz="0" w:space="0" w:color="auto"/>
        <w:bottom w:val="none" w:sz="0" w:space="0" w:color="auto"/>
        <w:right w:val="none" w:sz="0" w:space="0" w:color="auto"/>
      </w:divBdr>
    </w:div>
    <w:div w:id="1658193771">
      <w:bodyDiv w:val="1"/>
      <w:marLeft w:val="0"/>
      <w:marRight w:val="0"/>
      <w:marTop w:val="0"/>
      <w:marBottom w:val="0"/>
      <w:divBdr>
        <w:top w:val="none" w:sz="0" w:space="0" w:color="auto"/>
        <w:left w:val="none" w:sz="0" w:space="0" w:color="auto"/>
        <w:bottom w:val="none" w:sz="0" w:space="0" w:color="auto"/>
        <w:right w:val="none" w:sz="0" w:space="0" w:color="auto"/>
      </w:divBdr>
    </w:div>
    <w:div w:id="2034070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vacy@maaseik.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86F79.0C39570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901915EE1329498110AA00B4DE256C" ma:contentTypeVersion="15" ma:contentTypeDescription="Een nieuw document maken." ma:contentTypeScope="" ma:versionID="b463a1d5ad32bd890ad1bbd93a72b0e6">
  <xsd:schema xmlns:xsd="http://www.w3.org/2001/XMLSchema" xmlns:xs="http://www.w3.org/2001/XMLSchema" xmlns:p="http://schemas.microsoft.com/office/2006/metadata/properties" xmlns:ns2="6a1dbda5-80e1-43b7-95b8-158dae62c6cb" xmlns:ns3="65099be2-7530-4aed-8e95-d7a6a6529b56" targetNamespace="http://schemas.microsoft.com/office/2006/metadata/properties" ma:root="true" ma:fieldsID="e6b9bc1e7007377734ffb4df59217332" ns2:_="" ns3:_="">
    <xsd:import namespace="6a1dbda5-80e1-43b7-95b8-158dae62c6cb"/>
    <xsd:import namespace="65099be2-7530-4aed-8e95-d7a6a6529b5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dbda5-80e1-43b7-95b8-158dae62c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6e71ade-8e3a-474a-9595-74ae72ac53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099be2-7530-4aed-8e95-d7a6a6529b56"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403fe21c-f00e-430b-936c-f739f7369c53}" ma:internalName="TaxCatchAll" ma:showField="CatchAllData" ma:web="65099be2-7530-4aed-8e95-d7a6a6529b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65099be2-7530-4aed-8e95-d7a6a6529b56" xsi:nil="true"/>
    <lcf76f155ced4ddcb4097134ff3c332f xmlns="6a1dbda5-80e1-43b7-95b8-158dae62c6c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51B6BE-1BCA-452E-A045-DA23115BC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dbda5-80e1-43b7-95b8-158dae62c6cb"/>
    <ds:schemaRef ds:uri="65099be2-7530-4aed-8e95-d7a6a6529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DF5F206E-8B0C-403E-A7E0-4029D3736A35}">
  <ds:schemaRefs>
    <ds:schemaRef ds:uri="http://purl.org/dc/elements/1.1/"/>
    <ds:schemaRef ds:uri="http://schemas.microsoft.com/office/2006/documentManagement/types"/>
    <ds:schemaRef ds:uri="http://www.w3.org/XML/1998/namespace"/>
    <ds:schemaRef ds:uri="http://purl.org/dc/dcmitype/"/>
    <ds:schemaRef ds:uri="6a1dbda5-80e1-43b7-95b8-158dae62c6cb"/>
    <ds:schemaRef ds:uri="http://schemas.openxmlformats.org/package/2006/metadata/core-properties"/>
    <ds:schemaRef ds:uri="http://schemas.microsoft.com/office/infopath/2007/PartnerControls"/>
    <ds:schemaRef ds:uri="65099be2-7530-4aed-8e95-d7a6a6529b56"/>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8349F630-30E4-4261-B1CD-C4E030C324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1859</Words>
  <Characters>10225</Characters>
  <Application>Microsoft Office Word</Application>
  <DocSecurity>0</DocSecurity>
  <Lines>85</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12060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Joren Moons</cp:lastModifiedBy>
  <cp:revision>3</cp:revision>
  <cp:lastPrinted>2026-01-29T14:30:00Z</cp:lastPrinted>
  <dcterms:created xsi:type="dcterms:W3CDTF">2026-03-31T13:11:00Z</dcterms:created>
  <dcterms:modified xsi:type="dcterms:W3CDTF">2026-03-31T13:12:00Z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0x010100A5901915EE1329498110AA00B4DE256C</vt:lpwstr>
  </property>
  <property fmtid="{D5CDD505-2E9C-101B-9397-08002B2CF9AE}" pid="3" name="MediaServiceImageTags">
    <vt:lpwstr/>
  </property>
</Properties>
</file>